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0E5AAE" w:rsidP="00D545BE" w:rsidRDefault="000E5AAE" w14:paraId="1703F03C" w14:textId="52D28A63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D545BE" w:rsidTr="00C11EE1" w14:paraId="28F58121" w14:textId="77777777">
        <w:trPr>
          <w:jc w:val="center"/>
        </w:trPr>
        <w:tc>
          <w:tcPr>
            <w:tcW w:w="5103" w:type="dxa"/>
          </w:tcPr>
          <w:p w:rsidR="00D545BE" w:rsidP="00C11EE1" w:rsidRDefault="00D545BE" w14:paraId="55F615B1" w14:textId="77777777">
            <w:pPr>
              <w:jc w:val="center"/>
            </w:pPr>
            <w:r>
              <w:rPr>
                <w:b/>
                <w:sz w:val="32"/>
              </w:rPr>
              <w:t>DOGS</w:t>
            </w:r>
            <w:r>
              <w:rPr>
                <w:b/>
                <w:sz w:val="32"/>
              </w:rPr>
              <w:br/>
            </w:r>
            <w:r>
              <w:rPr>
                <w:b/>
                <w:sz w:val="32"/>
              </w:rPr>
              <w:t>NSW</w:t>
            </w:r>
          </w:p>
        </w:tc>
        <w:tc>
          <w:tcPr>
            <w:tcW w:w="5103" w:type="dxa"/>
            <w:shd w:val="clear" w:color="auto" w:fill="433A6C"/>
          </w:tcPr>
          <w:p w:rsidR="00D545BE" w:rsidP="00C11EE1" w:rsidRDefault="00D545BE" w14:paraId="5CAB0BEE" w14:textId="77777777">
            <w:pPr>
              <w:jc w:val="center"/>
            </w:pPr>
            <w:r>
              <w:rPr>
                <w:b/>
                <w:color w:val="FFFFFF"/>
                <w:sz w:val="30"/>
              </w:rPr>
              <w:t>DOGS NSW – REPRESENTATIVE REPORT SLED SPORTS</w:t>
            </w:r>
          </w:p>
        </w:tc>
      </w:tr>
    </w:tbl>
    <w:p w:rsidR="00D545BE" w:rsidP="00D545BE" w:rsidRDefault="00D545BE" w14:paraId="6D679664" w14:textId="77777777">
      <w:pPr>
        <w:jc w:val="right"/>
        <w:rPr>
          <w:sz w:val="16"/>
        </w:rPr>
      </w:pPr>
      <w:r>
        <w:rPr>
          <w:sz w:val="16"/>
        </w:rPr>
        <w:t>Page 1 of 4    Last modified 12/03/2026</w:t>
      </w:r>
    </w:p>
    <w:p w:rsidR="00D545BE" w:rsidP="00D545BE" w:rsidRDefault="00D545BE" w14:paraId="34597D56" w14:textId="16E2D229">
      <w:pPr>
        <w:pStyle w:val="ListParagraph"/>
        <w:numPr>
          <w:ilvl w:val="0"/>
          <w:numId w:val="10"/>
        </w:numPr>
      </w:pPr>
      <w:r>
        <w:t>The DOGS NSW Representative is appointed by authority of Regulations Part II – Show 2.8.</w:t>
      </w:r>
    </w:p>
    <w:p w:rsidR="00D545BE" w:rsidP="00D545BE" w:rsidRDefault="00D545BE" w14:paraId="2549AF9D" w14:textId="2D1CCB5E">
      <w:pPr>
        <w:pStyle w:val="ListParagraph"/>
        <w:numPr>
          <w:ilvl w:val="0"/>
          <w:numId w:val="10"/>
        </w:numPr>
      </w:pPr>
      <w:r>
        <w:t>The Representative's sole duty is to observe and make an unbiased report to The Secretary of DOGS NSW on matters affecting the general conduct of the Trial</w:t>
      </w:r>
      <w:proofErr w:type="gramStart"/>
      <w:r>
        <w:t xml:space="preserve"> and in particular</w:t>
      </w:r>
      <w:proofErr w:type="gramEnd"/>
      <w:r>
        <w:t xml:space="preserve"> any matters of controversy.</w:t>
      </w:r>
    </w:p>
    <w:p w:rsidR="00D545BE" w:rsidP="00D545BE" w:rsidRDefault="00D545BE" w14:paraId="0BDF21F4" w14:textId="0A26574C">
      <w:pPr>
        <w:pStyle w:val="ListParagraph"/>
        <w:numPr>
          <w:ilvl w:val="0"/>
          <w:numId w:val="10"/>
        </w:numPr>
      </w:pPr>
      <w:r>
        <w:t>The Representative shall not participate in any decision-making processes pertaining to the conduct of the Trial.</w:t>
      </w:r>
    </w:p>
    <w:p w:rsidR="00D545BE" w:rsidP="00D545BE" w:rsidRDefault="00D545BE" w14:paraId="714B3F52" w14:textId="07B5E1B7">
      <w:pPr>
        <w:pStyle w:val="ListParagraph"/>
        <w:numPr>
          <w:ilvl w:val="0"/>
          <w:numId w:val="10"/>
        </w:numPr>
      </w:pPr>
      <w:r>
        <w:t>The Representative should refer any inquiry directly to the Affiliate or Committee conducting the Trial.</w:t>
      </w:r>
    </w:p>
    <w:p w:rsidR="00D545BE" w:rsidP="00D545BE" w:rsidRDefault="00D545BE" w14:paraId="206EFE82" w14:textId="755605CE">
      <w:pPr>
        <w:pStyle w:val="ListParagraph"/>
        <w:numPr>
          <w:ilvl w:val="0"/>
          <w:numId w:val="10"/>
        </w:numPr>
      </w:pPr>
      <w:r>
        <w:t>The Representative should attend and observe any inquiry relating to an Aggressive Dog Incident for reporting purposes only.</w:t>
      </w:r>
    </w:p>
    <w:p w:rsidRPr="00E23A0D" w:rsidR="00D545BE" w:rsidP="00E23A0D" w:rsidRDefault="00D545BE" w14:paraId="470D0703" w14:textId="5125D7DC">
      <w:pPr>
        <w:pStyle w:val="ListParagraph"/>
        <w:numPr>
          <w:ilvl w:val="0"/>
          <w:numId w:val="10"/>
        </w:numPr>
      </w:pPr>
      <w:r>
        <w:t xml:space="preserve">The Representative’s Report must be lodged no later than seven (7) days after the close of the show.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21"/>
        <w:gridCol w:w="2128"/>
        <w:gridCol w:w="2329"/>
        <w:gridCol w:w="2952"/>
      </w:tblGrid>
      <w:tr w:rsidR="00D545BE" w:rsidTr="0BA541A2" w14:paraId="1703F580" w14:textId="77777777">
        <w:trPr/>
        <w:tc>
          <w:tcPr>
            <w:tcW w:w="3174" w:type="dxa"/>
            <w:tcMar/>
          </w:tcPr>
          <w:p w:rsidR="00D545BE" w:rsidP="00C11EE1" w:rsidRDefault="00D545BE" w14:paraId="51D8E1A6" w14:textId="77777777">
            <w:r>
              <w:t>Event Held By:</w:t>
            </w:r>
          </w:p>
        </w:tc>
        <w:tc>
          <w:tcPr>
            <w:tcW w:w="4579" w:type="dxa"/>
            <w:gridSpan w:val="2"/>
            <w:tcMar/>
          </w:tcPr>
          <w:p w:rsidR="00D545BE" w:rsidP="00C11EE1" w:rsidRDefault="00D545BE" w14:paraId="08558AA1" w14:textId="77777777">
            <w:r>
              <w:t>On:</w:t>
            </w:r>
          </w:p>
        </w:tc>
        <w:tc>
          <w:tcPr>
            <w:tcW w:w="3003" w:type="dxa"/>
            <w:tcMar/>
          </w:tcPr>
          <w:p w:rsidR="00D545BE" w:rsidP="00C11EE1" w:rsidRDefault="00D545BE" w14:paraId="54B3F67D" w14:textId="77777777">
            <w:r>
              <w:t>At:</w:t>
            </w:r>
          </w:p>
        </w:tc>
      </w:tr>
      <w:tr w:rsidR="002B5305" w:rsidTr="0BA541A2" w14:paraId="330E63CD" w14:textId="77777777">
        <w:trPr/>
        <w:tc>
          <w:tcPr>
            <w:tcW w:w="5353" w:type="dxa"/>
            <w:gridSpan w:val="2"/>
            <w:tcMar/>
          </w:tcPr>
          <w:p w:rsidRPr="00BF31BF" w:rsidR="002B5305" w:rsidP="00C11EE1" w:rsidRDefault="002B5305" w14:paraId="0A8A5DCF" w14:textId="77777777">
            <w:r w:rsidRPr="00BF31BF">
              <w:t xml:space="preserve">Discipline(s) held (Sled Racing, </w:t>
            </w:r>
            <w:proofErr w:type="spellStart"/>
            <w:r w:rsidRPr="00BF31BF">
              <w:t>Bikejoring</w:t>
            </w:r>
            <w:proofErr w:type="spellEnd"/>
            <w:r w:rsidRPr="00BF31BF">
              <w:t xml:space="preserve">. </w:t>
            </w:r>
            <w:proofErr w:type="spellStart"/>
            <w:r w:rsidRPr="00BF31BF">
              <w:t>Canicross</w:t>
            </w:r>
            <w:proofErr w:type="spellEnd"/>
            <w:r w:rsidRPr="00BF31BF">
              <w:t>, Backpacking/Hiking, Weight Pull):</w:t>
            </w:r>
          </w:p>
        </w:tc>
        <w:tc>
          <w:tcPr>
            <w:tcW w:w="5403" w:type="dxa"/>
            <w:gridSpan w:val="2"/>
            <w:tcMar/>
          </w:tcPr>
          <w:p w:rsidRPr="00BF31BF" w:rsidR="002B5305" w:rsidP="00C11EE1" w:rsidRDefault="002B5305" w14:paraId="091984F5" w14:textId="08B7B43E"/>
        </w:tc>
      </w:tr>
      <w:tr w:rsidR="00646F30" w:rsidTr="0BA541A2" w14:paraId="5045E32B" w14:textId="77777777">
        <w:trPr/>
        <w:tc>
          <w:tcPr>
            <w:tcW w:w="5353" w:type="dxa"/>
            <w:gridSpan w:val="2"/>
            <w:tcMar/>
          </w:tcPr>
          <w:p w:rsidR="00646F30" w:rsidP="00C11EE1" w:rsidRDefault="00646F30" w14:paraId="0DEDEC0C" w14:textId="77777777">
            <w:r>
              <w:t>Representative's Name:</w:t>
            </w:r>
          </w:p>
        </w:tc>
        <w:tc>
          <w:tcPr>
            <w:tcW w:w="5403" w:type="dxa"/>
            <w:gridSpan w:val="2"/>
            <w:tcMar/>
          </w:tcPr>
          <w:p w:rsidR="00646F30" w:rsidP="00C11EE1" w:rsidRDefault="00646F30" w14:paraId="3FFC61EF" w14:textId="0EBD7B15">
            <w:r>
              <w:t>Membership No:</w:t>
            </w:r>
          </w:p>
        </w:tc>
      </w:tr>
      <w:tr w:rsidR="00D545BE" w:rsidTr="0BA541A2" w14:paraId="76295C58" w14:textId="77777777">
        <w:trPr/>
        <w:tc>
          <w:tcPr>
            <w:tcW w:w="10756" w:type="dxa"/>
            <w:gridSpan w:val="4"/>
            <w:tcMar/>
          </w:tcPr>
          <w:p w:rsidR="00D545BE" w:rsidP="00C11EE1" w:rsidRDefault="00D545BE" w14:paraId="2428BE31" w14:textId="77777777">
            <w:r>
              <w:t>Address:</w:t>
            </w:r>
          </w:p>
          <w:p w:rsidR="00D545BE" w:rsidP="00C11EE1" w:rsidRDefault="00D545BE" w14:paraId="4A1521E9" w14:textId="77777777"/>
          <w:p w:rsidR="00D545BE" w:rsidP="00C11EE1" w:rsidRDefault="00D545BE" w14:paraId="27C2C5C2" w14:textId="77777777"/>
        </w:tc>
      </w:tr>
      <w:tr w:rsidR="00D545BE" w:rsidTr="0BA541A2" w14:paraId="7982DCB4" w14:textId="77777777">
        <w:trPr/>
        <w:tc>
          <w:tcPr>
            <w:tcW w:w="7753" w:type="dxa"/>
            <w:gridSpan w:val="3"/>
            <w:tcMar/>
            <w:vAlign w:val="center"/>
          </w:tcPr>
          <w:p w:rsidR="00D545BE" w:rsidP="00C11EE1" w:rsidRDefault="00D545BE" w14:paraId="2BC89701" w14:textId="5242390D">
            <w:r>
              <w:t xml:space="preserve">At what time did you report to the </w:t>
            </w:r>
            <w:r w:rsidR="00BF31BF">
              <w:t>Trial</w:t>
            </w:r>
            <w:r>
              <w:t xml:space="preserve"> Secretary? </w:t>
            </w:r>
          </w:p>
        </w:tc>
        <w:tc>
          <w:tcPr>
            <w:tcW w:w="3003" w:type="dxa"/>
            <w:tcMar/>
            <w:vAlign w:val="center"/>
          </w:tcPr>
          <w:p w:rsidR="00D545BE" w:rsidP="00C11EE1" w:rsidRDefault="00E23A0D" w14:paraId="4955BEBB" w14:textId="0BDD9609">
            <w:pPr>
              <w:jc w:val="center"/>
            </w:pPr>
            <w:r>
              <w:t xml:space="preserve">_______________ </w:t>
            </w:r>
            <w:r>
              <w:t>☐ AM   ☐ PM</w:t>
            </w:r>
          </w:p>
        </w:tc>
      </w:tr>
      <w:tr w:rsidR="00D545BE" w:rsidTr="0BA541A2" w14:paraId="14615FCE" w14:textId="77777777">
        <w:trPr/>
        <w:tc>
          <w:tcPr>
            <w:tcW w:w="7753" w:type="dxa"/>
            <w:gridSpan w:val="3"/>
            <w:tcMar/>
            <w:vAlign w:val="center"/>
          </w:tcPr>
          <w:p w:rsidR="00D545BE" w:rsidP="00C11EE1" w:rsidRDefault="00BF31BF" w14:paraId="2C59DE40" w14:textId="202893B3">
            <w:r>
              <w:t>Did the Club have a copy of the Dogs NSW Regulations available?</w:t>
            </w:r>
          </w:p>
        </w:tc>
        <w:tc>
          <w:tcPr>
            <w:tcW w:w="3003" w:type="dxa"/>
            <w:tcMar/>
            <w:vAlign w:val="center"/>
          </w:tcPr>
          <w:p w:rsidR="00D545BE" w:rsidP="00C11EE1" w:rsidRDefault="00D545BE" w14:paraId="0EB016A5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D545BE" w:rsidTr="0BA541A2" w14:paraId="65FC5D69" w14:textId="77777777">
        <w:trPr/>
        <w:tc>
          <w:tcPr>
            <w:tcW w:w="7753" w:type="dxa"/>
            <w:gridSpan w:val="3"/>
            <w:tcMar/>
            <w:vAlign w:val="center"/>
          </w:tcPr>
          <w:p w:rsidR="00D545BE" w:rsidP="00C11EE1" w:rsidRDefault="00BF31BF" w14:paraId="76A52D96" w14:textId="1EC24F51">
            <w:r>
              <w:t>Did the Club have a copy of Dogs Australia’s Rules for the Conduct of Sled Sports Events available?</w:t>
            </w:r>
          </w:p>
        </w:tc>
        <w:tc>
          <w:tcPr>
            <w:tcW w:w="3003" w:type="dxa"/>
            <w:tcMar/>
            <w:vAlign w:val="center"/>
          </w:tcPr>
          <w:p w:rsidR="00D545BE" w:rsidP="00C11EE1" w:rsidRDefault="00D545BE" w14:paraId="39D2C5D5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D545BE" w:rsidTr="0BA541A2" w14:paraId="643CBE28" w14:textId="77777777">
        <w:trPr/>
        <w:tc>
          <w:tcPr>
            <w:tcW w:w="7753" w:type="dxa"/>
            <w:gridSpan w:val="3"/>
            <w:tcMar/>
            <w:vAlign w:val="center"/>
          </w:tcPr>
          <w:p w:rsidR="00D545BE" w:rsidP="00C11EE1" w:rsidRDefault="00D545BE" w14:paraId="1D98679A" w14:textId="68B5D5FE">
            <w:r w:rsidR="6E4F04BC">
              <w:rPr/>
              <w:t xml:space="preserve">Did a member of the Club's Committee complete the 'Pre-Event Safety </w:t>
            </w:r>
            <w:r w:rsidR="6E4F04BC">
              <w:rPr/>
              <w:t>Checklist?</w:t>
            </w:r>
          </w:p>
        </w:tc>
        <w:tc>
          <w:tcPr>
            <w:tcW w:w="3003" w:type="dxa"/>
            <w:tcMar/>
            <w:vAlign w:val="center"/>
          </w:tcPr>
          <w:p w:rsidR="00D545BE" w:rsidP="00C11EE1" w:rsidRDefault="00D545BE" w14:paraId="7ACB4C58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BA541A2" w:rsidTr="0BA541A2" w14:paraId="0D0C6C8A">
        <w:trPr>
          <w:trHeight w:val="300"/>
        </w:trPr>
        <w:tc>
          <w:tcPr>
            <w:tcW w:w="7578" w:type="dxa"/>
            <w:gridSpan w:val="3"/>
            <w:tcMar/>
            <w:vAlign w:val="center"/>
          </w:tcPr>
          <w:p w:rsidR="6E2293F3" w:rsidP="0BA541A2" w:rsidRDefault="6E2293F3" w14:paraId="1A92F4CC" w14:textId="2C10F28E">
            <w:pPr>
              <w:pStyle w:val="Normal"/>
            </w:pPr>
            <w:r w:rsidR="6E2293F3">
              <w:rPr/>
              <w:t xml:space="preserve">Did the affiliate provide you with all the information you </w:t>
            </w:r>
            <w:r w:rsidR="6E2293F3">
              <w:rPr/>
              <w:t>needed</w:t>
            </w:r>
            <w:r w:rsidR="6E2293F3">
              <w:rPr/>
              <w:t xml:space="preserve"> to confidently fulfill the role of the Dogs NSW Representative?</w:t>
            </w:r>
          </w:p>
        </w:tc>
        <w:tc>
          <w:tcPr>
            <w:tcW w:w="2952" w:type="dxa"/>
            <w:tcMar/>
            <w:vAlign w:val="center"/>
          </w:tcPr>
          <w:p w:rsidR="6E2293F3" w:rsidP="0BA541A2" w:rsidRDefault="6E2293F3" w14:paraId="2B9CFA89" w14:textId="19C33FED">
            <w:pPr>
              <w:jc w:val="center"/>
            </w:pPr>
            <w:r w:rsidR="6E2293F3">
              <w:rPr/>
              <w:t>☐ YES</w:t>
            </w:r>
            <w:r>
              <w:br/>
            </w:r>
            <w:r w:rsidR="6E2293F3">
              <w:rPr/>
              <w:t>☐ NO</w:t>
            </w:r>
          </w:p>
        </w:tc>
      </w:tr>
    </w:tbl>
    <w:p w:rsidRPr="00316F58" w:rsidR="00316F58" w:rsidP="002B5305" w:rsidRDefault="002B5305" w14:paraId="01CBC31D" w14:textId="34BF9A52">
      <w:pPr>
        <w:jc w:val="center"/>
        <w:rPr>
          <w:b/>
          <w:color w:val="433A6C"/>
          <w:sz w:val="24"/>
        </w:rPr>
      </w:pPr>
      <w:r>
        <w:rPr>
          <w:b/>
          <w:color w:val="433A6C"/>
          <w:sz w:val="24"/>
        </w:rPr>
        <w:br/>
      </w:r>
      <w:r w:rsidR="00D545BE">
        <w:rPr>
          <w:b/>
          <w:color w:val="433A6C"/>
          <w:sz w:val="24"/>
        </w:rPr>
        <w:t>CATALOGUE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66"/>
        <w:gridCol w:w="1664"/>
      </w:tblGrid>
      <w:tr w:rsidR="00BF31BF" w:rsidTr="00382038" w14:paraId="0530FB4E" w14:textId="77777777">
        <w:trPr>
          <w:trHeight w:val="484"/>
          <w:jc w:val="center"/>
        </w:trPr>
        <w:tc>
          <w:tcPr>
            <w:tcW w:w="10798" w:type="dxa"/>
            <w:gridSpan w:val="2"/>
            <w:vAlign w:val="center"/>
          </w:tcPr>
          <w:p w:rsidR="00BF31BF" w:rsidP="00BF31BF" w:rsidRDefault="00BF31BF" w14:paraId="660C694F" w14:textId="1DA59800">
            <w:r>
              <w:t xml:space="preserve">Did the catalogue contain the following? </w:t>
            </w:r>
          </w:p>
        </w:tc>
      </w:tr>
      <w:tr w:rsidR="00BF31BF" w:rsidTr="00BF31BF" w14:paraId="764180B0" w14:textId="77777777">
        <w:trPr>
          <w:jc w:val="center"/>
        </w:trPr>
        <w:tc>
          <w:tcPr>
            <w:tcW w:w="9097" w:type="dxa"/>
            <w:vAlign w:val="center"/>
          </w:tcPr>
          <w:p w:rsidR="00BF31BF" w:rsidP="00C11EE1" w:rsidRDefault="00BF31BF" w14:paraId="6DD524A3" w14:textId="576FE1FF">
            <w:r w:rsidRPr="00BF31BF">
              <w:t>A statement on the cover that the competition is conducted under DOGS NSW Rules &amp; Regulations and a copy of the same may be perused at the Secretary’s Office?</w:t>
            </w:r>
          </w:p>
        </w:tc>
        <w:tc>
          <w:tcPr>
            <w:tcW w:w="1701" w:type="dxa"/>
            <w:vAlign w:val="center"/>
          </w:tcPr>
          <w:p w:rsidR="00BF31BF" w:rsidP="00C11EE1" w:rsidRDefault="00BF31BF" w14:paraId="24EB69AB" w14:textId="18BDB4C5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D545BE" w:rsidTr="00BF31BF" w14:paraId="2F880D07" w14:textId="77777777">
        <w:trPr>
          <w:jc w:val="center"/>
        </w:trPr>
        <w:tc>
          <w:tcPr>
            <w:tcW w:w="9097" w:type="dxa"/>
            <w:vAlign w:val="center"/>
          </w:tcPr>
          <w:p w:rsidR="00D545BE" w:rsidP="00C11EE1" w:rsidRDefault="00BF31BF" w14:paraId="3BD4C89F" w14:textId="5C45D207">
            <w:r>
              <w:t>The name of the DOGS NSW Representative?</w:t>
            </w:r>
          </w:p>
        </w:tc>
        <w:tc>
          <w:tcPr>
            <w:tcW w:w="1701" w:type="dxa"/>
            <w:vAlign w:val="center"/>
          </w:tcPr>
          <w:p w:rsidR="00D545BE" w:rsidP="00C11EE1" w:rsidRDefault="00D545BE" w14:paraId="6D213F58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BF31BF" w:rsidTr="00BF31BF" w14:paraId="391E53D7" w14:textId="77777777">
        <w:trPr>
          <w:jc w:val="center"/>
        </w:trPr>
        <w:tc>
          <w:tcPr>
            <w:tcW w:w="9097" w:type="dxa"/>
            <w:vAlign w:val="center"/>
          </w:tcPr>
          <w:p w:rsidR="00BF31BF" w:rsidP="00C11EE1" w:rsidRDefault="00BF31BF" w14:paraId="138BFDAF" w14:textId="0692EDED">
            <w:r>
              <w:t>The name of the trial Officials?</w:t>
            </w:r>
          </w:p>
        </w:tc>
        <w:tc>
          <w:tcPr>
            <w:tcW w:w="1701" w:type="dxa"/>
            <w:vAlign w:val="center"/>
          </w:tcPr>
          <w:p w:rsidR="00BF31BF" w:rsidP="00C11EE1" w:rsidRDefault="00BF31BF" w14:paraId="7C8FF105" w14:textId="03872D5D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1F0FFE" w:rsidTr="00BF31BF" w14:paraId="66FA65DB" w14:textId="77777777">
        <w:trPr>
          <w:jc w:val="center"/>
        </w:trPr>
        <w:tc>
          <w:tcPr>
            <w:tcW w:w="9097" w:type="dxa"/>
            <w:vAlign w:val="center"/>
          </w:tcPr>
          <w:p w:rsidR="001F0FFE" w:rsidP="001F0FFE" w:rsidRDefault="001F0FFE" w14:paraId="5FBCFAEE" w14:textId="7979CE13">
            <w:r>
              <w:t xml:space="preserve">The name(s) of the </w:t>
            </w:r>
            <w:r w:rsidR="00382038">
              <w:t>j</w:t>
            </w:r>
            <w:r>
              <w:t>udge(s)</w:t>
            </w:r>
            <w:r w:rsidR="00382038">
              <w:t xml:space="preserve"> and classes which each is to judge?</w:t>
            </w:r>
          </w:p>
        </w:tc>
        <w:tc>
          <w:tcPr>
            <w:tcW w:w="1701" w:type="dxa"/>
            <w:vAlign w:val="center"/>
          </w:tcPr>
          <w:p w:rsidR="001F0FFE" w:rsidP="001F0FFE" w:rsidRDefault="001F0FFE" w14:paraId="6FF361C3" w14:textId="18B7C6B4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1F0FFE" w:rsidTr="00BF31BF" w14:paraId="781AFB04" w14:textId="77777777">
        <w:trPr>
          <w:jc w:val="center"/>
        </w:trPr>
        <w:tc>
          <w:tcPr>
            <w:tcW w:w="9097" w:type="dxa"/>
            <w:vAlign w:val="center"/>
          </w:tcPr>
          <w:p w:rsidR="001F0FFE" w:rsidP="001F0FFE" w:rsidRDefault="002B5305" w14:paraId="31085572" w14:textId="037D03F0">
            <w:r w:rsidRPr="002B5305">
              <w:t>The registered name, number, birth date, sire and dam, sex and breed of each Main</w:t>
            </w:r>
            <w:r>
              <w:t>/Limited</w:t>
            </w:r>
            <w:r w:rsidRPr="002B5305">
              <w:t xml:space="preserve"> Register exhibit?</w:t>
            </w:r>
          </w:p>
        </w:tc>
        <w:tc>
          <w:tcPr>
            <w:tcW w:w="1701" w:type="dxa"/>
            <w:vAlign w:val="center"/>
          </w:tcPr>
          <w:p w:rsidR="001F0FFE" w:rsidP="001F0FFE" w:rsidRDefault="001F0FFE" w14:paraId="27C2D2BA" w14:textId="081F3854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1F0FFE" w:rsidTr="00BF31BF" w14:paraId="4F43E7F4" w14:textId="77777777">
        <w:trPr>
          <w:jc w:val="center"/>
        </w:trPr>
        <w:tc>
          <w:tcPr>
            <w:tcW w:w="9097" w:type="dxa"/>
            <w:vAlign w:val="center"/>
          </w:tcPr>
          <w:p w:rsidR="001F0FFE" w:rsidP="001F0FFE" w:rsidRDefault="002B5305" w14:paraId="41FEB43B" w14:textId="71EB0C97">
            <w:r w:rsidRPr="002B5305">
              <w:t xml:space="preserve">The registered name and number only of each </w:t>
            </w:r>
            <w:r>
              <w:t xml:space="preserve">Sporting/Associate </w:t>
            </w:r>
            <w:r w:rsidRPr="002B5305">
              <w:t>Register exhibit?</w:t>
            </w:r>
          </w:p>
        </w:tc>
        <w:tc>
          <w:tcPr>
            <w:tcW w:w="1701" w:type="dxa"/>
            <w:vAlign w:val="center"/>
          </w:tcPr>
          <w:p w:rsidR="001F0FFE" w:rsidP="001F0FFE" w:rsidRDefault="001F0FFE" w14:paraId="6355023E" w14:textId="049262B4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:rsidR="00D545BE" w:rsidRDefault="00D545BE" w14:paraId="4AF65FCE" w14:textId="2CE131C4">
      <w:pPr>
        <w:rPr>
          <w:b/>
          <w:color w:val="433A6C"/>
          <w:sz w:val="24"/>
        </w:rPr>
      </w:pPr>
    </w:p>
    <w:p w:rsidRPr="00D545BE" w:rsidR="000E5AAE" w:rsidP="00D545BE" w:rsidRDefault="00000000" w14:paraId="0D23E5C6" w14:textId="4A5EEB19">
      <w:pPr>
        <w:jc w:val="center"/>
        <w:rPr>
          <w:b/>
          <w:color w:val="433A6C"/>
          <w:sz w:val="24"/>
        </w:rPr>
      </w:pPr>
      <w:r>
        <w:rPr>
          <w:b/>
          <w:color w:val="433A6C"/>
          <w:sz w:val="24"/>
        </w:rPr>
        <w:t>GENERAL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0"/>
        <w:gridCol w:w="1500"/>
      </w:tblGrid>
      <w:tr w:rsidR="000E5AAE" w:rsidTr="0BA541A2" w14:paraId="5A741E22" w14:textId="77777777">
        <w:tc>
          <w:tcPr>
            <w:tcW w:w="9039" w:type="dxa"/>
            <w:tcMar/>
          </w:tcPr>
          <w:p w:rsidR="000E5AAE" w:rsidRDefault="00000000" w14:paraId="35328458" w14:textId="77777777">
            <w:r>
              <w:t>Did the Event start on time?</w:t>
            </w:r>
          </w:p>
        </w:tc>
        <w:tc>
          <w:tcPr>
            <w:tcW w:w="1501" w:type="dxa"/>
            <w:tcMar/>
          </w:tcPr>
          <w:p w:rsidR="000E5AAE" w:rsidP="002B5305" w:rsidRDefault="00000000" w14:paraId="6E0BEC46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382038" w:rsidTr="0BA541A2" w14:paraId="235780AD" w14:textId="77777777">
        <w:trPr>
          <w:trHeight w:val="845"/>
        </w:trPr>
        <w:tc>
          <w:tcPr>
            <w:tcW w:w="10540" w:type="dxa"/>
            <w:gridSpan w:val="2"/>
            <w:tcMar/>
          </w:tcPr>
          <w:p w:rsidR="00382038" w:rsidP="002B5305" w:rsidRDefault="00382038" w14:paraId="65D479F4" w14:textId="6CF155A8">
            <w:r>
              <w:t>If no, why?</w:t>
            </w:r>
          </w:p>
        </w:tc>
      </w:tr>
      <w:tr w:rsidR="000E5AAE" w:rsidTr="0BA541A2" w14:paraId="4597F159" w14:textId="77777777">
        <w:tc>
          <w:tcPr>
            <w:tcW w:w="9039" w:type="dxa"/>
            <w:tcMar/>
          </w:tcPr>
          <w:p w:rsidR="00382038" w:rsidRDefault="00382038" w14:paraId="33B4DCFD" w14:textId="219A6F71">
            <w:r>
              <w:t>Were all judges available at the starting time?</w:t>
            </w:r>
          </w:p>
        </w:tc>
        <w:tc>
          <w:tcPr>
            <w:tcW w:w="1501" w:type="dxa"/>
            <w:tcMar/>
          </w:tcPr>
          <w:p w:rsidR="000E5AAE" w:rsidP="002B5305" w:rsidRDefault="00000000" w14:paraId="3C8E9932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066AD075" w14:textId="77777777">
        <w:tc>
          <w:tcPr>
            <w:tcW w:w="9039" w:type="dxa"/>
            <w:tcMar/>
          </w:tcPr>
          <w:p w:rsidR="000E5AAE" w:rsidRDefault="002B5305" w14:paraId="7112C988" w14:textId="57DC2464">
            <w:r>
              <w:t>Was the Trial held at the stipulated venue?</w:t>
            </w:r>
          </w:p>
        </w:tc>
        <w:tc>
          <w:tcPr>
            <w:tcW w:w="1501" w:type="dxa"/>
            <w:tcMar/>
          </w:tcPr>
          <w:p w:rsidR="000E5AAE" w:rsidP="002B5305" w:rsidRDefault="00000000" w14:paraId="78CA5D50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2A054066" w14:textId="77777777">
        <w:tc>
          <w:tcPr>
            <w:tcW w:w="9039" w:type="dxa"/>
            <w:tcMar/>
          </w:tcPr>
          <w:p w:rsidR="002B5305" w:rsidP="002B5305" w:rsidRDefault="002B5305" w14:paraId="14551738" w14:textId="77777777">
            <w:r>
              <w:t>Was the temperature monitored?</w:t>
            </w:r>
          </w:p>
          <w:p w:rsidR="000E5AAE" w:rsidRDefault="000E5AAE" w14:paraId="4ACBDEDC" w14:textId="1DC7C81F"/>
        </w:tc>
        <w:tc>
          <w:tcPr>
            <w:tcW w:w="1501" w:type="dxa"/>
            <w:tcMar/>
          </w:tcPr>
          <w:p w:rsidR="000E5AAE" w:rsidP="002B5305" w:rsidRDefault="00000000" w14:paraId="0A318D45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6A17FCCC" w14:textId="77777777">
        <w:tc>
          <w:tcPr>
            <w:tcW w:w="9039" w:type="dxa"/>
            <w:tcMar/>
          </w:tcPr>
          <w:p w:rsidR="000E5AAE" w:rsidRDefault="00434CA7" w14:paraId="2684429A" w14:textId="116A7228">
            <w:r>
              <w:t xml:space="preserve">Was there a first </w:t>
            </w:r>
            <w:r w:rsidR="00382038">
              <w:t>aid kit available?</w:t>
            </w:r>
          </w:p>
        </w:tc>
        <w:tc>
          <w:tcPr>
            <w:tcW w:w="1501" w:type="dxa"/>
            <w:tcMar/>
          </w:tcPr>
          <w:p w:rsidR="000E5AAE" w:rsidP="002B5305" w:rsidRDefault="00000000" w14:paraId="3AFBD49A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37070A55" w14:textId="77777777">
        <w:tc>
          <w:tcPr>
            <w:tcW w:w="9039" w:type="dxa"/>
            <w:tcMar/>
          </w:tcPr>
          <w:p w:rsidR="000E5AAE" w:rsidP="002B5305" w:rsidRDefault="002B5305" w14:paraId="354A0AAE" w14:textId="06A4C179">
            <w:r>
              <w:t>Did the Affiliate supply you with a stamped addressed envelope to post this report?</w:t>
            </w:r>
          </w:p>
        </w:tc>
        <w:tc>
          <w:tcPr>
            <w:tcW w:w="1501" w:type="dxa"/>
            <w:tcMar/>
          </w:tcPr>
          <w:p w:rsidR="000E5AAE" w:rsidP="002B5305" w:rsidRDefault="00000000" w14:paraId="7488969D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BA541A2" w:rsidTr="0BA541A2" w14:paraId="3020FAA7">
        <w:trPr>
          <w:trHeight w:val="300"/>
        </w:trPr>
        <w:tc>
          <w:tcPr>
            <w:tcW w:w="9030" w:type="dxa"/>
            <w:tcMar/>
          </w:tcPr>
          <w:p w:rsidR="0BA541A2" w:rsidRDefault="0BA541A2" w14:paraId="0F6D1DE2">
            <w:r w:rsidR="0BA541A2">
              <w:rPr/>
              <w:t xml:space="preserve">Was a </w:t>
            </w:r>
            <w:r w:rsidR="0BA541A2">
              <w:rPr/>
              <w:t>Veterinarian</w:t>
            </w:r>
            <w:r w:rsidR="0BA541A2">
              <w:rPr/>
              <w:t xml:space="preserve"> on call?</w:t>
            </w:r>
          </w:p>
        </w:tc>
        <w:tc>
          <w:tcPr>
            <w:tcW w:w="1500" w:type="dxa"/>
            <w:tcMar/>
          </w:tcPr>
          <w:p w:rsidR="0BA541A2" w:rsidP="0BA541A2" w:rsidRDefault="0BA541A2" w14:paraId="5E79A6A2">
            <w:pPr>
              <w:jc w:val="center"/>
            </w:pPr>
            <w:r w:rsidR="0BA541A2">
              <w:rPr/>
              <w:t>☐ YES</w:t>
            </w:r>
            <w:r>
              <w:br/>
            </w:r>
            <w:r w:rsidR="0BA541A2">
              <w:rPr/>
              <w:t>☐ NO</w:t>
            </w:r>
          </w:p>
        </w:tc>
      </w:tr>
    </w:tbl>
    <w:p w:rsidR="00382038" w:rsidP="002B5305" w:rsidRDefault="00382038" w14:paraId="1FEB9688" w14:textId="77777777">
      <w:pPr>
        <w:rPr>
          <w:b/>
          <w:color w:val="433A6C"/>
          <w:sz w:val="24"/>
        </w:rPr>
      </w:pPr>
    </w:p>
    <w:p w:rsidR="000E5AAE" w:rsidRDefault="00000000" w14:paraId="42367B8E" w14:textId="2495BFCB">
      <w:pPr>
        <w:jc w:val="center"/>
      </w:pPr>
      <w:r>
        <w:rPr>
          <w:b/>
          <w:color w:val="433A6C"/>
          <w:sz w:val="24"/>
        </w:rPr>
        <w:t>CASUAL VENDORS – ORCHARD HILLS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9015"/>
        <w:gridCol w:w="1515"/>
      </w:tblGrid>
      <w:tr w:rsidR="000E5AAE" w:rsidTr="0BA541A2" w14:paraId="5F46AB82" w14:textId="77777777">
        <w:tc>
          <w:tcPr>
            <w:tcW w:w="9015" w:type="dxa"/>
            <w:tcMar/>
          </w:tcPr>
          <w:p w:rsidR="000E5AAE" w:rsidRDefault="00000000" w14:paraId="3F2EBFF1" w14:textId="77777777">
            <w:r>
              <w:t>Were there any Casual Vendors on the grounds during the show/trial?</w:t>
            </w:r>
          </w:p>
        </w:tc>
        <w:tc>
          <w:tcPr>
            <w:tcW w:w="1515" w:type="dxa"/>
            <w:tcMar/>
          </w:tcPr>
          <w:p w:rsidR="000E5AAE" w:rsidRDefault="00000000" w14:paraId="7F8653B8" w14:textId="77777777">
            <w:r>
              <w:t>☐ YES</w:t>
            </w:r>
            <w:r>
              <w:br/>
            </w:r>
            <w:r>
              <w:t>☐ NO</w:t>
            </w:r>
          </w:p>
        </w:tc>
      </w:tr>
      <w:tr w:rsidR="00382038" w:rsidTr="0BA541A2" w14:paraId="06058951" w14:textId="77777777">
        <w:trPr>
          <w:trHeight w:val="1075"/>
        </w:trPr>
        <w:tc>
          <w:tcPr>
            <w:tcW w:w="10530" w:type="dxa"/>
            <w:gridSpan w:val="2"/>
            <w:tcMar/>
          </w:tcPr>
          <w:p w:rsidR="00382038" w:rsidRDefault="00382038" w14:paraId="44477FFB" w14:textId="07BD448F">
            <w:r>
              <w:t>List the names of the Casual Vendors and services provided:</w:t>
            </w:r>
          </w:p>
        </w:tc>
      </w:tr>
    </w:tbl>
    <w:p w:rsidR="004D2F1F" w:rsidP="00BF31BF" w:rsidRDefault="00000000" w14:paraId="44237332" w14:textId="77777777">
      <w:pPr>
        <w:jc w:val="center"/>
        <w:rPr>
          <w:b/>
          <w:color w:val="433A6C"/>
          <w:sz w:val="24"/>
        </w:rPr>
      </w:pPr>
      <w:r>
        <w:br/>
      </w:r>
      <w:r>
        <w:br/>
      </w:r>
      <w:r w:rsidR="004D2F1F">
        <w:rPr>
          <w:b/>
          <w:color w:val="433A6C"/>
          <w:sz w:val="24"/>
        </w:rPr>
        <w:t>SLED RACING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46"/>
        <w:gridCol w:w="1784"/>
      </w:tblGrid>
      <w:tr w:rsidR="004D2F1F" w:rsidTr="0BA541A2" w14:paraId="0977DDF5" w14:textId="77777777">
        <w:tc>
          <w:tcPr>
            <w:tcW w:w="8755" w:type="dxa"/>
            <w:tcMar/>
          </w:tcPr>
          <w:p w:rsidR="004D2F1F" w:rsidP="0BA541A2" w:rsidRDefault="004D2F1F" w14:paraId="702CAD88" w14:textId="3CE324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4E6FC6F9">
              <w:rPr/>
              <w:t xml:space="preserve">Was the </w:t>
            </w:r>
            <w:r w:rsidR="4E6FC6F9">
              <w:rPr/>
              <w:t xml:space="preserve">trail </w:t>
            </w:r>
            <w:r w:rsidR="14B6E5B4">
              <w:rPr/>
              <w:t>in</w:t>
            </w:r>
            <w:r w:rsidR="14B6E5B4">
              <w:rPr/>
              <w:t xml:space="preserve"> suitable condition</w:t>
            </w:r>
            <w:r w:rsidR="4E6FC6F9">
              <w:rPr/>
              <w:t xml:space="preserve">? </w:t>
            </w:r>
          </w:p>
        </w:tc>
        <w:tc>
          <w:tcPr>
            <w:tcW w:w="1785" w:type="dxa"/>
            <w:tcMar/>
          </w:tcPr>
          <w:p w:rsidR="004D2F1F" w:rsidP="00C11EE1" w:rsidRDefault="004D2F1F" w14:paraId="7D0A269A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4D2F1F" w:rsidTr="0BA541A2" w14:paraId="0DBE8907" w14:textId="77777777">
        <w:tc>
          <w:tcPr>
            <w:tcW w:w="10540" w:type="dxa"/>
            <w:gridSpan w:val="2"/>
            <w:tcMar/>
          </w:tcPr>
          <w:p w:rsidR="004D2F1F" w:rsidP="00C11EE1" w:rsidRDefault="004D2F1F" w14:paraId="6FD9B340" w14:textId="1EF4BFAB">
            <w:pPr>
              <w:rPr>
                <w:rFonts w:ascii="Segoe UI Symbol" w:hAnsi="Segoe UI Symbol" w:cs="Segoe UI Symbol"/>
              </w:rPr>
            </w:pPr>
            <w:r w:rsidRPr="0BA541A2" w:rsidR="12FBB62B">
              <w:rPr>
                <w:rFonts w:ascii="Segoe UI Symbol" w:hAnsi="Segoe UI Symbol" w:cs="Segoe UI Symbol"/>
              </w:rPr>
              <w:t xml:space="preserve">If </w:t>
            </w:r>
            <w:r w:rsidRPr="0BA541A2" w:rsidR="53CD040C">
              <w:rPr>
                <w:rFonts w:ascii="Segoe UI Symbol" w:hAnsi="Segoe UI Symbol" w:cs="Segoe UI Symbol"/>
              </w:rPr>
              <w:t>no</w:t>
            </w:r>
            <w:r w:rsidRPr="0BA541A2" w:rsidR="12FBB62B">
              <w:rPr>
                <w:rFonts w:ascii="Segoe UI Symbol" w:hAnsi="Segoe UI Symbol" w:cs="Segoe UI Symbol"/>
              </w:rPr>
              <w:t>, provide details:</w:t>
            </w:r>
          </w:p>
        </w:tc>
      </w:tr>
      <w:tr w:rsidR="004D2F1F" w:rsidTr="0BA541A2" w14:paraId="0D5C79AA" w14:textId="77777777">
        <w:tc>
          <w:tcPr>
            <w:tcW w:w="8755" w:type="dxa"/>
            <w:tcMar/>
          </w:tcPr>
          <w:p w:rsidR="004D2F1F" w:rsidP="0BA541A2" w:rsidRDefault="004D2F1F" w14:paraId="2F63B6AD" w14:textId="4ECA27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BA541A2" w:rsidR="51FB0C89">
              <w:rPr>
                <w:rFonts w:ascii="Segoe UI Symbol" w:hAnsi="Segoe UI Symbol" w:cs="Segoe UI Symbol"/>
              </w:rPr>
              <w:t xml:space="preserve">Was a driver’s briefing held before the commencement of the event? </w:t>
            </w:r>
          </w:p>
        </w:tc>
        <w:tc>
          <w:tcPr>
            <w:tcW w:w="1785" w:type="dxa"/>
            <w:tcMar/>
          </w:tcPr>
          <w:p w:rsidR="004D2F1F" w:rsidP="00C11EE1" w:rsidRDefault="004D2F1F" w14:paraId="23D06918" w14:textId="56D5DF45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BA541A2" w:rsidTr="0BA541A2" w14:paraId="73A15C9E">
        <w:trPr>
          <w:trHeight w:val="300"/>
        </w:trPr>
        <w:tc>
          <w:tcPr>
            <w:tcW w:w="8746" w:type="dxa"/>
            <w:tcMar/>
          </w:tcPr>
          <w:p w:rsidR="0BA541A2" w:rsidP="0BA541A2" w:rsidRDefault="0BA541A2" w14:paraId="61892F44" w14:textId="6F01351C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 xml:space="preserve">Were all </w:t>
            </w:r>
            <w:r w:rsidRPr="0BA541A2" w:rsidR="0BA541A2">
              <w:rPr>
                <w:rFonts w:ascii="Segoe UI Symbol" w:hAnsi="Segoe UI Symbol" w:cs="Segoe UI Symbol"/>
              </w:rPr>
              <w:t>d</w:t>
            </w:r>
            <w:r w:rsidRPr="0BA541A2" w:rsidR="0BA541A2">
              <w:rPr>
                <w:rFonts w:ascii="Segoe UI Symbol" w:hAnsi="Segoe UI Symbol" w:cs="Segoe UI Symbol"/>
              </w:rPr>
              <w:t>rivers, teams, and equipment</w:t>
            </w:r>
            <w:r w:rsidRPr="0BA541A2" w:rsidR="0BA541A2">
              <w:rPr>
                <w:rFonts w:ascii="Segoe UI Symbol" w:hAnsi="Segoe UI Symbol" w:cs="Segoe UI Symbol"/>
              </w:rPr>
              <w:t xml:space="preserve"> inspected prior to their </w:t>
            </w:r>
            <w:r w:rsidRPr="0BA541A2" w:rsidR="0BA541A2">
              <w:rPr>
                <w:rFonts w:ascii="Segoe UI Symbol" w:hAnsi="Segoe UI Symbol" w:cs="Segoe UI Symbol"/>
              </w:rPr>
              <w:t>scheduled time of departure</w:t>
            </w:r>
            <w:r w:rsidRPr="0BA541A2" w:rsidR="0BA541A2">
              <w:rPr>
                <w:rFonts w:ascii="Segoe UI Symbol" w:hAnsi="Segoe UI Symbol" w:cs="Segoe UI Symbol"/>
              </w:rPr>
              <w:t>?</w:t>
            </w:r>
          </w:p>
        </w:tc>
        <w:tc>
          <w:tcPr>
            <w:tcW w:w="1784" w:type="dxa"/>
            <w:tcMar/>
          </w:tcPr>
          <w:p w:rsidR="0BA541A2" w:rsidP="0BA541A2" w:rsidRDefault="0BA541A2" w14:paraId="55BBB401" w14:textId="56D5DF45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YES</w:t>
            </w:r>
            <w:r>
              <w:br/>
            </w:r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NO</w:t>
            </w:r>
          </w:p>
        </w:tc>
      </w:tr>
    </w:tbl>
    <w:p w:rsidR="00D67AA9" w:rsidP="002B5305" w:rsidRDefault="00D67AA9" w14:paraId="5CC124B9" w14:textId="77777777"/>
    <w:p w:rsidR="00D67AA9" w:rsidP="00D67AA9" w:rsidRDefault="00D67AA9" w14:paraId="78AAB222" w14:textId="617B4CE3">
      <w:pPr>
        <w:jc w:val="center"/>
        <w:rPr>
          <w:b/>
          <w:color w:val="433A6C"/>
          <w:sz w:val="24"/>
        </w:rPr>
      </w:pPr>
      <w:r>
        <w:rPr>
          <w:b/>
          <w:color w:val="433A6C"/>
          <w:sz w:val="24"/>
        </w:rPr>
        <w:t>BIKEJORING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46"/>
        <w:gridCol w:w="1784"/>
      </w:tblGrid>
      <w:tr w:rsidR="00D67AA9" w:rsidTr="0BA541A2" w14:paraId="2B0BFC96" w14:textId="77777777">
        <w:tc>
          <w:tcPr>
            <w:tcW w:w="8755" w:type="dxa"/>
            <w:tcMar/>
          </w:tcPr>
          <w:p w:rsidR="00D67AA9" w:rsidP="00C11EE1" w:rsidRDefault="00D67AA9" w14:paraId="4780B5E4" w14:textId="7321D12B">
            <w:r>
              <w:t>W</w:t>
            </w:r>
            <w:r>
              <w:t xml:space="preserve">as a </w:t>
            </w:r>
            <w:r w:rsidRPr="00D67AA9">
              <w:t xml:space="preserve">Veterinary Certificate of Soundness for Brachycephalic Breeds participating in </w:t>
            </w:r>
            <w:proofErr w:type="spellStart"/>
            <w:r w:rsidRPr="00D67AA9">
              <w:t>Bikejoring</w:t>
            </w:r>
            <w:proofErr w:type="spellEnd"/>
            <w:r w:rsidRPr="00D67AA9">
              <w:t xml:space="preserve"> events</w:t>
            </w:r>
            <w:r>
              <w:t xml:space="preserve"> provided for each brachycephalic breed or brachycephalic mixed breed dog dated within the last 6 months?</w:t>
            </w:r>
          </w:p>
        </w:tc>
        <w:tc>
          <w:tcPr>
            <w:tcW w:w="1785" w:type="dxa"/>
            <w:tcMar/>
          </w:tcPr>
          <w:p w:rsidR="00D67AA9" w:rsidP="00C11EE1" w:rsidRDefault="00D67AA9" w14:paraId="2FCEC944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D67AA9" w:rsidTr="0BA541A2" w14:paraId="5DE4B9AC" w14:textId="77777777">
        <w:trPr>
          <w:trHeight w:val="300"/>
        </w:trPr>
        <w:tc>
          <w:tcPr>
            <w:tcW w:w="10540" w:type="dxa"/>
            <w:gridSpan w:val="2"/>
            <w:tcMar/>
          </w:tcPr>
          <w:p w:rsidR="00D67AA9" w:rsidP="00C11EE1" w:rsidRDefault="00D67AA9" w14:paraId="05E5D9E4" w14:textId="1DFB96CA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If </w:t>
            </w:r>
            <w:r>
              <w:rPr>
                <w:rFonts w:ascii="Segoe UI Symbol" w:hAnsi="Segoe UI Symbol" w:cs="Segoe UI Symbol"/>
              </w:rPr>
              <w:t>no</w:t>
            </w:r>
            <w:r>
              <w:rPr>
                <w:rFonts w:ascii="Segoe UI Symbol" w:hAnsi="Segoe UI Symbol" w:cs="Segoe UI Symbol"/>
              </w:rPr>
              <w:t>, provide details:</w:t>
            </w:r>
          </w:p>
        </w:tc>
      </w:tr>
      <w:tr w:rsidR="00F17CA1" w:rsidTr="0BA541A2" w14:paraId="6ECBFA32" w14:textId="77777777">
        <w:tc>
          <w:tcPr/>
          <w:p w14:paraId="6F724174"/>
        </w:tc>
        <w:tc>
          <w:tcPr>
            <w:tcW w:w="8746" w:type="dxa"/>
            <w:tcMar/>
          </w:tcPr>
          <w:p w:rsidR="15FC7698" w:rsidP="0BA541A2" w:rsidRDefault="15FC7698" w14:paraId="070E9101" w14:textId="7B5D7724">
            <w:pPr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BA541A2" w:rsidR="15FC7698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☐</w:t>
            </w:r>
            <w:r w:rsidRPr="0BA541A2" w:rsidR="15FC769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YES</w:t>
            </w:r>
            <w:r>
              <w:br/>
            </w:r>
            <w:r w:rsidRPr="0BA541A2" w:rsidR="15FC7698">
              <w:rPr>
                <w:rFonts w:ascii="Segoe UI Symbol" w:hAnsi="Segoe UI Symbol" w:eastAsia="Segoe UI Symbol" w:cs="Segoe UI Symbo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☐</w:t>
            </w:r>
            <w:r w:rsidRPr="0BA541A2" w:rsidR="15FC769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NO</w:t>
            </w:r>
          </w:p>
        </w:tc>
      </w:tr>
      <w:tr w:rsidR="0BA541A2" w:rsidTr="0BA541A2" w14:paraId="4421BFF5">
        <w:trPr>
          <w:trHeight w:val="300"/>
        </w:trPr>
        <w:tc>
          <w:tcPr>
            <w:tcW w:w="10530" w:type="dxa"/>
            <w:gridSpan w:val="2"/>
            <w:tcMar/>
          </w:tcPr>
          <w:p w:rsidR="0BA541A2" w:rsidP="0BA541A2" w:rsidRDefault="0BA541A2" w14:paraId="42DF3864" w14:textId="1EF4BFAB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 xml:space="preserve">If </w:t>
            </w:r>
            <w:r w:rsidRPr="0BA541A2" w:rsidR="0BA541A2">
              <w:rPr>
                <w:rFonts w:ascii="Segoe UI Symbol" w:hAnsi="Segoe UI Symbol" w:cs="Segoe UI Symbol"/>
              </w:rPr>
              <w:t>no</w:t>
            </w:r>
            <w:r w:rsidRPr="0BA541A2" w:rsidR="0BA541A2">
              <w:rPr>
                <w:rFonts w:ascii="Segoe UI Symbol" w:hAnsi="Segoe UI Symbol" w:cs="Segoe UI Symbol"/>
              </w:rPr>
              <w:t>, provide details:</w:t>
            </w:r>
          </w:p>
        </w:tc>
      </w:tr>
      <w:tr w:rsidR="0BA541A2" w:rsidTr="0BA541A2" w14:paraId="563C63BE">
        <w:trPr>
          <w:trHeight w:val="300"/>
        </w:trPr>
        <w:tc>
          <w:tcPr>
            <w:tcW w:w="8746" w:type="dxa"/>
            <w:tcMar/>
          </w:tcPr>
          <w:p w:rsidR="0BA541A2" w:rsidP="0BA541A2" w:rsidRDefault="0BA541A2" w14:paraId="2EE68BC6" w14:textId="4ECA27E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BA541A2" w:rsidR="0BA541A2">
              <w:rPr>
                <w:rFonts w:ascii="Segoe UI Symbol" w:hAnsi="Segoe UI Symbol" w:cs="Segoe UI Symbol"/>
              </w:rPr>
              <w:t xml:space="preserve">Was a driver’s briefing held before the commencement of the event? </w:t>
            </w:r>
          </w:p>
        </w:tc>
        <w:tc>
          <w:tcPr>
            <w:tcW w:w="1784" w:type="dxa"/>
            <w:tcMar/>
          </w:tcPr>
          <w:p w:rsidR="0BA541A2" w:rsidP="0BA541A2" w:rsidRDefault="0BA541A2" w14:paraId="7891FCAF" w14:textId="710E6B45">
            <w:pPr>
              <w:pStyle w:val="Normal"/>
              <w:jc w:val="left"/>
              <w:rPr>
                <w:rFonts w:ascii="Segoe UI Symbol" w:hAnsi="Segoe UI Symbol" w:cs="Segoe UI Symbol"/>
              </w:rPr>
            </w:pPr>
          </w:p>
        </w:tc>
      </w:tr>
      <w:tr w:rsidR="0BA541A2" w:rsidTr="0BA541A2" w14:paraId="083F1B83">
        <w:trPr>
          <w:trHeight w:val="300"/>
        </w:trPr>
        <w:tc>
          <w:tcPr>
            <w:tcW w:w="8746" w:type="dxa"/>
            <w:tcMar/>
          </w:tcPr>
          <w:p w:rsidR="0BA541A2" w:rsidP="0BA541A2" w:rsidRDefault="0BA541A2" w14:paraId="05AFF842" w14:textId="710EB56C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>W</w:t>
            </w:r>
            <w:r w:rsidRPr="0BA541A2" w:rsidR="58AD856B">
              <w:rPr>
                <w:rFonts w:ascii="Segoe UI Symbol" w:hAnsi="Segoe UI Symbol" w:cs="Segoe UI Symbol"/>
              </w:rPr>
              <w:t xml:space="preserve">as </w:t>
            </w:r>
            <w:r w:rsidRPr="0BA541A2" w:rsidR="708E6CF6">
              <w:rPr>
                <w:rFonts w:ascii="Segoe UI Symbol" w:hAnsi="Segoe UI Symbol" w:cs="Segoe UI Symbol"/>
              </w:rPr>
              <w:t xml:space="preserve">each team’s </w:t>
            </w:r>
            <w:r w:rsidRPr="0BA541A2" w:rsidR="58AD856B">
              <w:rPr>
                <w:rFonts w:ascii="Segoe UI Symbol" w:hAnsi="Segoe UI Symbol" w:cs="Segoe UI Symbol"/>
              </w:rPr>
              <w:t>equipment i</w:t>
            </w:r>
            <w:r w:rsidRPr="0BA541A2" w:rsidR="0BA541A2">
              <w:rPr>
                <w:rFonts w:ascii="Segoe UI Symbol" w:hAnsi="Segoe UI Symbol" w:cs="Segoe UI Symbol"/>
              </w:rPr>
              <w:t>nspected prior to</w:t>
            </w:r>
            <w:r w:rsidRPr="0BA541A2" w:rsidR="047BDC62">
              <w:rPr>
                <w:rFonts w:ascii="Segoe UI Symbol" w:hAnsi="Segoe UI Symbol" w:cs="Segoe UI Symbol"/>
              </w:rPr>
              <w:t xml:space="preserve"> </w:t>
            </w:r>
            <w:r w:rsidRPr="0BA541A2" w:rsidR="0E4E1BD2">
              <w:rPr>
                <w:rFonts w:ascii="Segoe UI Symbol" w:hAnsi="Segoe UI Symbol" w:cs="Segoe UI Symbol"/>
              </w:rPr>
              <w:t>their scheduled time of departure?</w:t>
            </w:r>
          </w:p>
        </w:tc>
        <w:tc>
          <w:tcPr>
            <w:tcW w:w="1784" w:type="dxa"/>
            <w:tcMar/>
          </w:tcPr>
          <w:p w:rsidR="0BA541A2" w:rsidP="0BA541A2" w:rsidRDefault="0BA541A2" w14:paraId="554C0074" w14:textId="56D5DF45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YES</w:t>
            </w:r>
            <w:r>
              <w:br/>
            </w:r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NO</w:t>
            </w:r>
          </w:p>
        </w:tc>
      </w:tr>
    </w:tbl>
    <w:p w:rsidR="0BA541A2" w:rsidRDefault="0BA541A2" w14:paraId="709C3EB5" w14:textId="67F477C4"/>
    <w:p w:rsidR="00F17CA1" w:rsidP="00BF31BF" w:rsidRDefault="00F17CA1" w14:paraId="68CD03AD" w14:textId="77777777">
      <w:pPr>
        <w:jc w:val="center"/>
      </w:pPr>
    </w:p>
    <w:p w:rsidR="002B5305" w:rsidP="00F17CA1" w:rsidRDefault="002B5305" w14:paraId="018C90BF" w14:textId="77777777">
      <w:pPr>
        <w:jc w:val="center"/>
        <w:rPr>
          <w:b/>
          <w:color w:val="433A6C"/>
          <w:sz w:val="24"/>
        </w:rPr>
      </w:pPr>
    </w:p>
    <w:p w:rsidR="002B5305" w:rsidP="00F17CA1" w:rsidRDefault="002B5305" w14:paraId="07661CD8" w14:textId="77777777">
      <w:pPr>
        <w:jc w:val="center"/>
        <w:rPr>
          <w:b/>
          <w:color w:val="433A6C"/>
          <w:sz w:val="24"/>
        </w:rPr>
      </w:pPr>
    </w:p>
    <w:p w:rsidR="00F17CA1" w:rsidP="00F17CA1" w:rsidRDefault="00F17CA1" w14:paraId="1C12E901" w14:textId="089997ED">
      <w:pPr>
        <w:jc w:val="center"/>
        <w:rPr>
          <w:b/>
          <w:color w:val="433A6C"/>
          <w:sz w:val="24"/>
        </w:rPr>
      </w:pPr>
      <w:r>
        <w:rPr>
          <w:b/>
          <w:color w:val="433A6C"/>
          <w:sz w:val="24"/>
        </w:rPr>
        <w:t>CANICROSS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46"/>
        <w:gridCol w:w="1784"/>
      </w:tblGrid>
      <w:tr w:rsidR="00F17CA1" w:rsidTr="0BA541A2" w14:paraId="09D05EA9" w14:textId="77777777">
        <w:tc>
          <w:tcPr>
            <w:tcW w:w="8755" w:type="dxa"/>
            <w:tcMar/>
          </w:tcPr>
          <w:p w:rsidR="0BA541A2" w:rsidP="0BA541A2" w:rsidRDefault="0BA541A2" w14:paraId="5F8198E1" w14:textId="3CE324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BA541A2">
              <w:rPr/>
              <w:t xml:space="preserve">Was the </w:t>
            </w:r>
            <w:r w:rsidR="0BA541A2">
              <w:rPr/>
              <w:t xml:space="preserve">trail </w:t>
            </w:r>
            <w:r w:rsidR="0BA541A2">
              <w:rPr/>
              <w:t>in</w:t>
            </w:r>
            <w:r w:rsidR="0BA541A2">
              <w:rPr/>
              <w:t xml:space="preserve"> suitable condition</w:t>
            </w:r>
            <w:r w:rsidR="0BA541A2">
              <w:rPr/>
              <w:t xml:space="preserve">? </w:t>
            </w:r>
          </w:p>
        </w:tc>
        <w:tc>
          <w:tcPr>
            <w:tcW w:w="1785" w:type="dxa"/>
            <w:tcMar/>
          </w:tcPr>
          <w:p w:rsidR="0BA541A2" w:rsidRDefault="0BA541A2" w14:paraId="77BDC754"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YES</w:t>
            </w:r>
            <w:r>
              <w:br/>
            </w:r>
            <w:r w:rsidRPr="0BA541A2" w:rsidR="0BA541A2">
              <w:rPr>
                <w:rFonts w:ascii="Segoe UI Symbol" w:hAnsi="Segoe UI Symbol" w:cs="Segoe UI Symbol"/>
              </w:rPr>
              <w:t>☐</w:t>
            </w:r>
            <w:r w:rsidR="0BA541A2">
              <w:rPr/>
              <w:t xml:space="preserve"> NO</w:t>
            </w:r>
          </w:p>
        </w:tc>
      </w:tr>
      <w:tr w:rsidR="00F17CA1" w:rsidTr="0BA541A2" w14:paraId="4791E7D1" w14:textId="77777777">
        <w:tc>
          <w:tcPr>
            <w:tcW w:w="10540" w:type="dxa"/>
            <w:gridSpan w:val="2"/>
            <w:tcMar/>
          </w:tcPr>
          <w:p w:rsidR="0BA541A2" w:rsidP="0BA541A2" w:rsidRDefault="0BA541A2" w14:paraId="5B5C29D8" w14:textId="1EF4BFAB">
            <w:pPr>
              <w:rPr>
                <w:rFonts w:ascii="Segoe UI Symbol" w:hAnsi="Segoe UI Symbol" w:cs="Segoe UI Symbol"/>
              </w:rPr>
            </w:pPr>
            <w:r w:rsidRPr="0BA541A2" w:rsidR="0BA541A2">
              <w:rPr>
                <w:rFonts w:ascii="Segoe UI Symbol" w:hAnsi="Segoe UI Symbol" w:cs="Segoe UI Symbol"/>
              </w:rPr>
              <w:t xml:space="preserve">If </w:t>
            </w:r>
            <w:r w:rsidRPr="0BA541A2" w:rsidR="0BA541A2">
              <w:rPr>
                <w:rFonts w:ascii="Segoe UI Symbol" w:hAnsi="Segoe UI Symbol" w:cs="Segoe UI Symbol"/>
              </w:rPr>
              <w:t>no</w:t>
            </w:r>
            <w:r w:rsidRPr="0BA541A2" w:rsidR="0BA541A2">
              <w:rPr>
                <w:rFonts w:ascii="Segoe UI Symbol" w:hAnsi="Segoe UI Symbol" w:cs="Segoe UI Symbol"/>
              </w:rPr>
              <w:t>, provide details:</w:t>
            </w:r>
          </w:p>
        </w:tc>
      </w:tr>
      <w:tr w:rsidR="0BA541A2" w:rsidTr="0BA541A2" w14:paraId="5B2298B8">
        <w:trPr>
          <w:trHeight w:val="300"/>
        </w:trPr>
        <w:tc>
          <w:tcPr>
            <w:tcW w:w="8746" w:type="dxa"/>
            <w:tcMar/>
          </w:tcPr>
          <w:p w:rsidR="69D396DE" w:rsidP="0BA541A2" w:rsidRDefault="69D396DE" w14:paraId="726386EE" w14:textId="469C48E2">
            <w:pPr>
              <w:rPr>
                <w:rFonts w:ascii="Segoe UI Symbol" w:hAnsi="Segoe UI Symbol" w:cs="Segoe UI Symbol"/>
              </w:rPr>
            </w:pPr>
            <w:r w:rsidRPr="0BA541A2" w:rsidR="69D396DE">
              <w:rPr>
                <w:rFonts w:ascii="Segoe UI Symbol" w:hAnsi="Segoe UI Symbol" w:cs="Segoe UI Symbol"/>
              </w:rPr>
              <w:t>Was each team’s equipment inspected prior to their scheduled time of departure?</w:t>
            </w:r>
          </w:p>
        </w:tc>
        <w:tc>
          <w:tcPr>
            <w:tcW w:w="1784" w:type="dxa"/>
            <w:tcMar/>
          </w:tcPr>
          <w:p w:rsidR="69D396DE" w:rsidP="0BA541A2" w:rsidRDefault="69D396DE" w14:paraId="3F874015" w14:textId="764D2071">
            <w:pPr>
              <w:rPr>
                <w:rFonts w:ascii="Segoe UI Symbol" w:hAnsi="Segoe UI Symbol" w:cs="Segoe UI Symbol"/>
              </w:rPr>
            </w:pPr>
            <w:r w:rsidRPr="0BA541A2" w:rsidR="69D396DE">
              <w:rPr>
                <w:rFonts w:ascii="Segoe UI Symbol" w:hAnsi="Segoe UI Symbol" w:cs="Segoe UI Symbol"/>
              </w:rPr>
              <w:t>☐</w:t>
            </w:r>
            <w:r w:rsidR="69D396DE">
              <w:rPr/>
              <w:t xml:space="preserve"> YES</w:t>
            </w:r>
            <w:r>
              <w:br/>
            </w:r>
            <w:r w:rsidRPr="0BA541A2" w:rsidR="69D396DE">
              <w:rPr>
                <w:rFonts w:ascii="Segoe UI Symbol" w:hAnsi="Segoe UI Symbol" w:cs="Segoe UI Symbol"/>
              </w:rPr>
              <w:t>☐</w:t>
            </w:r>
            <w:r w:rsidR="69D396DE">
              <w:rPr/>
              <w:t xml:space="preserve"> NO</w:t>
            </w:r>
          </w:p>
        </w:tc>
      </w:tr>
    </w:tbl>
    <w:p w:rsidR="00F17CA1" w:rsidP="00F17CA1" w:rsidRDefault="00000000" w14:paraId="02A6CC17" w14:textId="6BD69D84">
      <w:pPr>
        <w:jc w:val="center"/>
        <w:rPr>
          <w:b/>
          <w:color w:val="433A6C"/>
          <w:sz w:val="24"/>
        </w:rPr>
      </w:pPr>
      <w:r>
        <w:br/>
      </w:r>
      <w:r w:rsidR="00F17CA1">
        <w:rPr>
          <w:b/>
          <w:color w:val="433A6C"/>
          <w:sz w:val="24"/>
        </w:rPr>
        <w:t>BACKPACKING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46"/>
        <w:gridCol w:w="1784"/>
      </w:tblGrid>
      <w:tr w:rsidR="00F17CA1" w:rsidTr="00C11EE1" w14:paraId="35A49C16" w14:textId="77777777">
        <w:tc>
          <w:tcPr>
            <w:tcW w:w="8755" w:type="dxa"/>
          </w:tcPr>
          <w:p w:rsidR="00F17CA1" w:rsidP="00C11EE1" w:rsidRDefault="00F17CA1" w14:paraId="53F04547" w14:textId="616A52B1">
            <w:r>
              <w:t>Were all dogs weighed prior to the hike starting?</w:t>
            </w:r>
          </w:p>
        </w:tc>
        <w:tc>
          <w:tcPr>
            <w:tcW w:w="1785" w:type="dxa"/>
          </w:tcPr>
          <w:p w:rsidR="00F17CA1" w:rsidP="00C11EE1" w:rsidRDefault="00F17CA1" w14:paraId="439E941B" w14:textId="77777777"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F17CA1" w:rsidTr="00C11EE1" w14:paraId="20E6C4F3" w14:textId="77777777">
        <w:tc>
          <w:tcPr>
            <w:tcW w:w="8755" w:type="dxa"/>
          </w:tcPr>
          <w:p w:rsidR="00F17CA1" w:rsidP="00C11EE1" w:rsidRDefault="00F17CA1" w14:paraId="2C114EE9" w14:textId="0BEC365C">
            <w:r>
              <w:t>Were all backpacks inspected for correct size, fit and weight prior to the hike starting?</w:t>
            </w:r>
          </w:p>
        </w:tc>
        <w:tc>
          <w:tcPr>
            <w:tcW w:w="1785" w:type="dxa"/>
          </w:tcPr>
          <w:p w:rsidR="00F17CA1" w:rsidP="00C11EE1" w:rsidRDefault="00F17CA1" w14:paraId="2F0D00DC" w14:textId="6B9C25F5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F17CA1" w:rsidTr="00C11EE1" w14:paraId="039F6376" w14:textId="77777777">
        <w:tc>
          <w:tcPr>
            <w:tcW w:w="8755" w:type="dxa"/>
          </w:tcPr>
          <w:p w:rsidR="00F17CA1" w:rsidP="00C11EE1" w:rsidRDefault="00F17CA1" w14:paraId="066E449C" w14:textId="208FB5A2">
            <w:r>
              <w:t>Were all backpacks weighed at the completion of the hike?</w:t>
            </w:r>
          </w:p>
        </w:tc>
        <w:tc>
          <w:tcPr>
            <w:tcW w:w="1785" w:type="dxa"/>
          </w:tcPr>
          <w:p w:rsidR="00F17CA1" w:rsidP="00C11EE1" w:rsidRDefault="00F17CA1" w14:paraId="4F4ACCCB" w14:textId="550F6003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F17CA1" w:rsidTr="00C11EE1" w14:paraId="31E9443E" w14:textId="77777777">
        <w:tc>
          <w:tcPr>
            <w:tcW w:w="8755" w:type="dxa"/>
          </w:tcPr>
          <w:p w:rsidR="00F17CA1" w:rsidP="00C11EE1" w:rsidRDefault="00F17CA1" w14:paraId="4FF770D7" w14:textId="2F093F0E">
            <w:r>
              <w:t xml:space="preserve">Was a judge’s nominated representative used for any part of the hike? </w:t>
            </w:r>
          </w:p>
        </w:tc>
        <w:tc>
          <w:tcPr>
            <w:tcW w:w="1785" w:type="dxa"/>
          </w:tcPr>
          <w:p w:rsidR="00F17CA1" w:rsidP="00C11EE1" w:rsidRDefault="00F17CA1" w14:paraId="62B0C102" w14:textId="44503F49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F17CA1" w:rsidTr="00316F58" w14:paraId="5E6E7000" w14:textId="77777777">
        <w:trPr>
          <w:trHeight w:val="2923"/>
        </w:trPr>
        <w:tc>
          <w:tcPr>
            <w:tcW w:w="10540" w:type="dxa"/>
            <w:gridSpan w:val="2"/>
          </w:tcPr>
          <w:p w:rsidR="00F17CA1" w:rsidP="00C11EE1" w:rsidRDefault="00F17CA1" w14:paraId="0704CE63" w14:textId="128CFFC0">
            <w:pPr>
              <w:rPr>
                <w:rFonts w:ascii="Segoe UI Symbol" w:hAnsi="Segoe UI Symbol" w:cs="Segoe UI Symbol"/>
              </w:rPr>
            </w:pPr>
            <w:r>
              <w:rPr>
                <w:rFonts w:ascii="Segoe UI Symbol" w:hAnsi="Segoe UI Symbol" w:cs="Segoe UI Symbol"/>
              </w:rPr>
              <w:t xml:space="preserve">If </w:t>
            </w:r>
            <w:r>
              <w:rPr>
                <w:rFonts w:ascii="Segoe UI Symbol" w:hAnsi="Segoe UI Symbol" w:cs="Segoe UI Symbol"/>
              </w:rPr>
              <w:t>ye</w:t>
            </w:r>
            <w:r w:rsidR="00316F58">
              <w:rPr>
                <w:rFonts w:ascii="Segoe UI Symbol" w:hAnsi="Segoe UI Symbol" w:cs="Segoe UI Symbol"/>
              </w:rPr>
              <w:t>s</w:t>
            </w:r>
            <w:r>
              <w:rPr>
                <w:rFonts w:ascii="Segoe UI Symbol" w:hAnsi="Segoe UI Symbol" w:cs="Segoe UI Symbol"/>
              </w:rPr>
              <w:t xml:space="preserve">, </w:t>
            </w:r>
            <w:r w:rsidR="00316F58">
              <w:rPr>
                <w:rFonts w:ascii="Segoe UI Symbol" w:hAnsi="Segoe UI Symbol" w:cs="Segoe UI Symbol"/>
              </w:rPr>
              <w:t xml:space="preserve">please provide a brief reason as to why the judge used a nominated representative, the duration of the trial they were </w:t>
            </w:r>
            <w:proofErr w:type="spellStart"/>
            <w:r w:rsidR="00316F58">
              <w:rPr>
                <w:rFonts w:ascii="Segoe UI Symbol" w:hAnsi="Segoe UI Symbol" w:cs="Segoe UI Symbol"/>
              </w:rPr>
              <w:t>utilised</w:t>
            </w:r>
            <w:proofErr w:type="spellEnd"/>
            <w:r w:rsidR="00316F58">
              <w:rPr>
                <w:rFonts w:ascii="Segoe UI Symbol" w:hAnsi="Segoe UI Symbol" w:cs="Segoe UI Symbol"/>
              </w:rPr>
              <w:t xml:space="preserve"> for, the name of the person acting as the nominated representative and reason for their selection for the role:</w:t>
            </w:r>
          </w:p>
        </w:tc>
      </w:tr>
    </w:tbl>
    <w:p w:rsidR="00BF31BF" w:rsidP="00BF31BF" w:rsidRDefault="00000000" w14:paraId="03576AEA" w14:textId="43A3C877">
      <w:pPr>
        <w:jc w:val="center"/>
      </w:pPr>
      <w:r>
        <w:br/>
      </w:r>
      <w:r w:rsidR="002B5305">
        <w:rPr>
          <w:b/>
          <w:color w:val="433A6C"/>
          <w:sz w:val="24"/>
        </w:rPr>
        <w:t>WEIGHT PULL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701"/>
      </w:tblGrid>
      <w:tr w:rsidR="002B5305" w:rsidTr="0BA541A2" w14:paraId="031B7861" w14:textId="77777777">
        <w:trPr/>
        <w:tc>
          <w:tcPr>
            <w:tcW w:w="8504" w:type="dxa"/>
            <w:tcMar/>
            <w:vAlign w:val="center"/>
          </w:tcPr>
          <w:p w:rsidR="002B5305" w:rsidP="002B5305" w:rsidRDefault="002B5305" w14:paraId="4BAD47C2" w14:textId="764A3768">
            <w:r>
              <w:t>To your knowledge were all bitches vetted prior to competing?</w:t>
            </w:r>
          </w:p>
        </w:tc>
        <w:tc>
          <w:tcPr>
            <w:tcW w:w="1701" w:type="dxa"/>
            <w:tcMar/>
            <w:vAlign w:val="center"/>
          </w:tcPr>
          <w:p w:rsidR="002B5305" w:rsidP="002B5305" w:rsidRDefault="002B5305" w14:paraId="51A6B285" w14:textId="77777777">
            <w:pPr>
              <w:jc w:val="center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</w:t>
            </w:r>
            <w:r>
              <w:br/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  <w:tr w:rsidR="00BF31BF" w:rsidTr="0BA541A2" w14:paraId="2A6F308B" w14:textId="77777777">
        <w:trPr/>
        <w:tc>
          <w:tcPr>
            <w:tcW w:w="8504" w:type="dxa"/>
            <w:tcMar/>
            <w:vAlign w:val="center"/>
          </w:tcPr>
          <w:p w:rsidR="00BF31BF" w:rsidP="0BA541A2" w:rsidRDefault="00BF31BF" w14:paraId="49735025" w14:textId="4472656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303B936B">
              <w:rPr/>
              <w:t xml:space="preserve">Were all bitches in </w:t>
            </w:r>
            <w:r w:rsidR="303B936B">
              <w:rPr/>
              <w:t>oestrum</w:t>
            </w:r>
            <w:r w:rsidR="303B936B">
              <w:rPr/>
              <w:t xml:space="preserve"> barred from competing? </w:t>
            </w:r>
          </w:p>
        </w:tc>
        <w:tc>
          <w:tcPr>
            <w:tcW w:w="1701" w:type="dxa"/>
            <w:tcMar/>
            <w:vAlign w:val="center"/>
          </w:tcPr>
          <w:p w:rsidR="00BF31BF" w:rsidP="00C11EE1" w:rsidRDefault="00BF31BF" w14:paraId="67D67C66" w14:textId="77777777">
            <w:pPr>
              <w:jc w:val="center"/>
            </w:pPr>
            <w:r>
              <w:t>☐ YES</w:t>
            </w:r>
            <w:r>
              <w:br/>
            </w:r>
            <w:r>
              <w:t>☐ NO</w:t>
            </w:r>
          </w:p>
        </w:tc>
      </w:tr>
      <w:tr w:rsidR="0BA541A2" w:rsidTr="0BA541A2" w14:paraId="037DB949">
        <w:trPr>
          <w:trHeight w:val="300"/>
        </w:trPr>
        <w:tc>
          <w:tcPr>
            <w:tcW w:w="8504" w:type="dxa"/>
            <w:tcMar/>
            <w:vAlign w:val="center"/>
          </w:tcPr>
          <w:p w:rsidR="561F5AC6" w:rsidP="0BA541A2" w:rsidRDefault="561F5AC6" w14:paraId="48024A62" w14:textId="3E361697">
            <w:pPr>
              <w:rPr>
                <w:rFonts w:ascii="Segoe UI Symbol" w:hAnsi="Segoe UI Symbol" w:cs="Segoe UI Symbol"/>
              </w:rPr>
            </w:pPr>
            <w:r w:rsidRPr="0BA541A2" w:rsidR="561F5AC6">
              <w:rPr>
                <w:rFonts w:ascii="Segoe UI Symbol" w:hAnsi="Segoe UI Symbol" w:cs="Segoe UI Symbol"/>
              </w:rPr>
              <w:t>Was each team’s equipment inspected prior to competing?</w:t>
            </w:r>
          </w:p>
          <w:p w:rsidR="0BA541A2" w:rsidP="0BA541A2" w:rsidRDefault="0BA541A2" w14:paraId="45CB1607" w14:textId="3B31C258">
            <w:pPr>
              <w:pStyle w:val="Normal"/>
            </w:pPr>
          </w:p>
        </w:tc>
        <w:tc>
          <w:tcPr>
            <w:tcW w:w="1701" w:type="dxa"/>
            <w:tcMar/>
            <w:vAlign w:val="center"/>
          </w:tcPr>
          <w:p w:rsidR="561F5AC6" w:rsidP="0BA541A2" w:rsidRDefault="561F5AC6" w14:paraId="7F6B61F5" w14:textId="56D5DF45">
            <w:pPr>
              <w:rPr>
                <w:rFonts w:ascii="Segoe UI Symbol" w:hAnsi="Segoe UI Symbol" w:cs="Segoe UI Symbol"/>
              </w:rPr>
            </w:pPr>
            <w:r w:rsidRPr="0BA541A2" w:rsidR="561F5AC6">
              <w:rPr>
                <w:rFonts w:ascii="Segoe UI Symbol" w:hAnsi="Segoe UI Symbol" w:cs="Segoe UI Symbol"/>
              </w:rPr>
              <w:t>☐</w:t>
            </w:r>
            <w:r w:rsidR="561F5AC6">
              <w:rPr/>
              <w:t xml:space="preserve"> YES</w:t>
            </w:r>
            <w:r>
              <w:br/>
            </w:r>
            <w:r w:rsidRPr="0BA541A2" w:rsidR="561F5AC6">
              <w:rPr>
                <w:rFonts w:ascii="Segoe UI Symbol" w:hAnsi="Segoe UI Symbol" w:cs="Segoe UI Symbol"/>
              </w:rPr>
              <w:t>☐</w:t>
            </w:r>
            <w:r w:rsidR="561F5AC6">
              <w:rPr/>
              <w:t xml:space="preserve"> NO</w:t>
            </w:r>
          </w:p>
          <w:p w:rsidR="0BA541A2" w:rsidP="0BA541A2" w:rsidRDefault="0BA541A2" w14:paraId="4B32D0F1" w14:textId="4EBA58B0">
            <w:pPr>
              <w:pStyle w:val="Normal"/>
              <w:jc w:val="center"/>
            </w:pPr>
          </w:p>
        </w:tc>
      </w:tr>
    </w:tbl>
    <w:p w:rsidR="000E5AAE" w:rsidRDefault="000E5AAE" w14:paraId="352E8932" w14:textId="59EA3CC6"/>
    <w:p w:rsidR="000E5AAE" w:rsidRDefault="00000000" w14:paraId="55521D60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6"/>
      </w:tblGrid>
      <w:tr w:rsidR="000E5AAE" w14:paraId="2BC125A3" w14:textId="77777777">
        <w:tc>
          <w:tcPr>
            <w:tcW w:w="5270" w:type="dxa"/>
          </w:tcPr>
          <w:p w:rsidR="000E5AAE" w:rsidRDefault="00000000" w14:paraId="4A3DE063" w14:textId="77777777">
            <w:r>
              <w:t>DOGS</w:t>
            </w:r>
            <w:r>
              <w:br/>
            </w:r>
            <w:r>
              <w:t>NSW</w:t>
            </w:r>
          </w:p>
        </w:tc>
        <w:tc>
          <w:tcPr>
            <w:tcW w:w="5270" w:type="dxa"/>
          </w:tcPr>
          <w:p w:rsidR="000E5AAE" w:rsidRDefault="00000000" w14:paraId="42D6211D" w14:textId="77777777">
            <w:pPr>
              <w:jc w:val="center"/>
            </w:pPr>
            <w:r>
              <w:rPr>
                <w:b/>
                <w:color w:val="433A6C"/>
                <w:sz w:val="30"/>
              </w:rPr>
              <w:t>DOGS NSW – REPRESENTATIVE REPORT SLED SPORTS</w:t>
            </w:r>
          </w:p>
        </w:tc>
      </w:tr>
    </w:tbl>
    <w:p w:rsidR="000E5AAE" w:rsidRDefault="00000000" w14:paraId="2BCD985C" w14:textId="77777777">
      <w:pPr>
        <w:jc w:val="right"/>
      </w:pPr>
      <w:r>
        <w:rPr>
          <w:sz w:val="16"/>
        </w:rPr>
        <w:t>Page 3 of 4    Last modified 12/03/2026</w:t>
      </w:r>
    </w:p>
    <w:p w:rsidR="000E5AAE" w:rsidP="0BA541A2" w:rsidRDefault="00000000" w14:paraId="095AD977" w14:textId="593BF574">
      <w:pPr>
        <w:jc w:val="center"/>
        <w:rPr>
          <w:b w:val="1"/>
          <w:bCs w:val="1"/>
          <w:color w:val="433A6C"/>
          <w:sz w:val="24"/>
          <w:szCs w:val="24"/>
        </w:rPr>
      </w:pPr>
      <w:r w:rsidRPr="0BA541A2" w:rsidR="5B77742C">
        <w:rPr>
          <w:b w:val="1"/>
          <w:bCs w:val="1"/>
          <w:color w:val="433A6C"/>
          <w:sz w:val="24"/>
          <w:szCs w:val="24"/>
        </w:rPr>
        <w:t>PROTESTS</w:t>
      </w:r>
      <w:r w:rsidRPr="0BA541A2" w:rsidR="04A78F59">
        <w:rPr>
          <w:b w:val="1"/>
          <w:bCs w:val="1"/>
          <w:color w:val="433A6C"/>
          <w:sz w:val="24"/>
          <w:szCs w:val="24"/>
        </w:rPr>
        <w:t>/COMPLAINTS</w:t>
      </w:r>
      <w:r w:rsidRPr="0BA541A2" w:rsidR="2ADD030E">
        <w:rPr>
          <w:b w:val="1"/>
          <w:bCs w:val="1"/>
          <w:color w:val="433A6C"/>
          <w:sz w:val="24"/>
          <w:szCs w:val="24"/>
        </w:rPr>
        <w:t>/INCIDENTS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5"/>
        <w:gridCol w:w="1075"/>
      </w:tblGrid>
      <w:tr w:rsidR="0BA541A2" w:rsidTr="0BA541A2" w14:paraId="06662092">
        <w:trPr>
          <w:trHeight w:val="300"/>
        </w:trPr>
        <w:tc>
          <w:tcPr>
            <w:tcW w:w="9455" w:type="dxa"/>
            <w:tcMar/>
          </w:tcPr>
          <w:p w:rsidR="2ADD030E" w:rsidP="0BA541A2" w:rsidRDefault="2ADD030E" w14:paraId="4476560A" w14:textId="6572DD7C">
            <w:pPr>
              <w:pStyle w:val="Normal"/>
            </w:pPr>
            <w:r w:rsidR="2ADD030E">
              <w:rPr/>
              <w:t xml:space="preserve">Were there any incidents that </w:t>
            </w:r>
            <w:r w:rsidR="2ADD030E">
              <w:rPr/>
              <w:t>required</w:t>
            </w:r>
            <w:r w:rsidR="2ADD030E">
              <w:rPr/>
              <w:t xml:space="preserve"> you to fill in </w:t>
            </w:r>
            <w:r w:rsidR="2ADD030E">
              <w:rPr/>
              <w:t>a</w:t>
            </w:r>
            <w:r w:rsidR="2ADD030E">
              <w:rPr/>
              <w:t xml:space="preserve"> Dogs NSW Incident report form</w:t>
            </w:r>
            <w:r w:rsidR="6D5B53A4">
              <w:rPr/>
              <w:t>?</w:t>
            </w:r>
          </w:p>
        </w:tc>
        <w:tc>
          <w:tcPr>
            <w:tcW w:w="1075" w:type="dxa"/>
            <w:tcMar/>
          </w:tcPr>
          <w:p w:rsidR="6D5B53A4" w:rsidP="0BA541A2" w:rsidRDefault="6D5B53A4" w14:paraId="7072995D" w14:textId="459F2F69">
            <w:pPr>
              <w:pStyle w:val="Normal"/>
            </w:pPr>
            <w:r w:rsidR="6D5B53A4">
              <w:rPr/>
              <w:t>☐ YES</w:t>
            </w:r>
            <w:r>
              <w:br/>
            </w:r>
            <w:r w:rsidR="6D5B53A4">
              <w:rPr/>
              <w:t>☐ NO</w:t>
            </w:r>
          </w:p>
        </w:tc>
      </w:tr>
      <w:tr w:rsidR="000E5AAE" w:rsidTr="0BA541A2" w14:paraId="0D51571F" w14:textId="77777777">
        <w:tc>
          <w:tcPr>
            <w:tcW w:w="9464" w:type="dxa"/>
            <w:tcMar/>
          </w:tcPr>
          <w:p w:rsidR="000E5AAE" w:rsidRDefault="002B5305" w14:paraId="7D556E1D" w14:textId="4CE9D01E">
            <w:r w:rsidRPr="002B5305">
              <w:t xml:space="preserve">Was there any complaint lodged with the Trial Secretary in accordance with </w:t>
            </w:r>
            <w:proofErr w:type="spellStart"/>
            <w:r w:rsidRPr="002B5305">
              <w:t>DogsNSW</w:t>
            </w:r>
            <w:proofErr w:type="spellEnd"/>
            <w:r w:rsidRPr="002B5305">
              <w:t xml:space="preserve"> Regulations Part 2 Show Section </w:t>
            </w:r>
            <w:proofErr w:type="gramStart"/>
            <w:r w:rsidRPr="002B5305">
              <w:t>16  alleging</w:t>
            </w:r>
            <w:proofErr w:type="gramEnd"/>
            <w:r w:rsidRPr="002B5305">
              <w:t xml:space="preserve"> misconduct by any person, including but not limited to, an officiating judge, an official of the show, a steward, an exhibitor or a member of DOGS NSW.  </w:t>
            </w:r>
          </w:p>
        </w:tc>
        <w:tc>
          <w:tcPr>
            <w:tcW w:w="1076" w:type="dxa"/>
            <w:tcMar/>
          </w:tcPr>
          <w:p w:rsidR="000E5AAE" w:rsidRDefault="00000000" w14:paraId="516E3E1A" w14:textId="77777777"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2F022E49" w14:textId="77777777">
        <w:tc>
          <w:tcPr>
            <w:tcW w:w="9464" w:type="dxa"/>
            <w:tcMar/>
          </w:tcPr>
          <w:p w:rsidR="000E5AAE" w:rsidRDefault="002B5305" w14:paraId="0487F46A" w14:textId="5122CD79">
            <w:r>
              <w:t xml:space="preserve">If yes, were they in writing and lodged with the affiliate? </w:t>
            </w:r>
          </w:p>
        </w:tc>
        <w:tc>
          <w:tcPr>
            <w:tcW w:w="1076" w:type="dxa"/>
            <w:tcMar/>
          </w:tcPr>
          <w:p w:rsidR="000E5AAE" w:rsidRDefault="00000000" w14:paraId="6EB84A2A" w14:textId="77777777"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75D294EA" w14:textId="77777777">
        <w:tc>
          <w:tcPr>
            <w:tcW w:w="9464" w:type="dxa"/>
            <w:tcMar/>
          </w:tcPr>
          <w:p w:rsidR="000E5AAE" w:rsidRDefault="00000000" w14:paraId="01B67845" w14:textId="65419761">
            <w:r w:rsidR="5B77742C">
              <w:rPr/>
              <w:t xml:space="preserve">Was there a hearing conducted by the </w:t>
            </w:r>
            <w:r w:rsidR="22F413B7">
              <w:rPr/>
              <w:t xml:space="preserve">Trial </w:t>
            </w:r>
            <w:r w:rsidR="5B77742C">
              <w:rPr/>
              <w:t>Committee?</w:t>
            </w:r>
          </w:p>
        </w:tc>
        <w:tc>
          <w:tcPr>
            <w:tcW w:w="1076" w:type="dxa"/>
            <w:tcMar/>
          </w:tcPr>
          <w:p w:rsidR="000E5AAE" w:rsidRDefault="00000000" w14:paraId="5030A90F" w14:textId="77777777"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476BFC96" w14:textId="77777777">
        <w:tc>
          <w:tcPr>
            <w:tcW w:w="9464" w:type="dxa"/>
            <w:tcMar/>
          </w:tcPr>
          <w:p w:rsidR="000E5AAE" w:rsidRDefault="00000000" w14:paraId="2AA7DE81" w14:textId="77777777">
            <w:r>
              <w:t>Were all parties given an opportunity to present their explanation of the incident?</w:t>
            </w:r>
          </w:p>
        </w:tc>
        <w:tc>
          <w:tcPr>
            <w:tcW w:w="1076" w:type="dxa"/>
            <w:tcMar/>
          </w:tcPr>
          <w:p w:rsidR="000E5AAE" w:rsidRDefault="00000000" w14:paraId="050FBA55" w14:textId="77777777">
            <w:r>
              <w:t>☐ YES</w:t>
            </w:r>
            <w:r>
              <w:br/>
            </w:r>
            <w:r>
              <w:t>☐ NO</w:t>
            </w:r>
          </w:p>
        </w:tc>
      </w:tr>
      <w:tr w:rsidR="000E5AAE" w:rsidTr="0BA541A2" w14:paraId="542D3FC3" w14:textId="77777777">
        <w:tc>
          <w:tcPr>
            <w:tcW w:w="9464" w:type="dxa"/>
            <w:tcMar/>
          </w:tcPr>
          <w:p w:rsidR="000E5AAE" w:rsidRDefault="00000000" w14:paraId="14C5D8B1" w14:textId="77777777">
            <w:r>
              <w:t>Were parties to the complaint given the opportunity to ask questions of all other parties and witnesses?</w:t>
            </w:r>
          </w:p>
        </w:tc>
        <w:tc>
          <w:tcPr>
            <w:tcW w:w="1076" w:type="dxa"/>
            <w:tcMar/>
          </w:tcPr>
          <w:p w:rsidR="000E5AAE" w:rsidRDefault="00000000" w14:paraId="0516BBBF" w14:textId="77777777">
            <w:r>
              <w:t>☐ YES</w:t>
            </w:r>
            <w:r>
              <w:br/>
            </w:r>
            <w:r>
              <w:t>☐ NO</w:t>
            </w:r>
          </w:p>
        </w:tc>
      </w:tr>
    </w:tbl>
    <w:p w:rsidR="000E5AAE" w:rsidRDefault="00000000" w14:paraId="66F41093" w14:textId="77777777">
      <w:r>
        <w:t>If so, what are the names of the parties involved:</w:t>
      </w:r>
    </w:p>
    <w:p w:rsidR="000E5AAE" w:rsidRDefault="00000000" w14:paraId="3C2CD775" w14:textId="77777777">
      <w:r>
        <w:br/>
      </w:r>
      <w:r>
        <w:br/>
      </w:r>
      <w:r>
        <w:br/>
      </w:r>
      <w:r>
        <w:br/>
      </w:r>
    </w:p>
    <w:p w:rsidR="000E5AAE" w:rsidRDefault="00000000" w14:paraId="1F52673E" w14:textId="77777777">
      <w:r>
        <w:t>Briefly describe the nature of the complaint:</w:t>
      </w:r>
    </w:p>
    <w:p w:rsidR="000E5AAE" w:rsidRDefault="00000000" w14:paraId="374F70CB" w14:textId="77777777">
      <w:r>
        <w:br/>
      </w:r>
      <w:r>
        <w:br/>
      </w:r>
      <w:r>
        <w:br/>
      </w:r>
      <w:r>
        <w:br/>
      </w:r>
    </w:p>
    <w:p w:rsidR="000E5AAE" w:rsidRDefault="00000000" w14:paraId="7DA6E938" w14:textId="77777777">
      <w:r>
        <w:t>How soon after the initial complaint was that hearing convened?</w:t>
      </w:r>
    </w:p>
    <w:p w:rsidR="000E5AAE" w:rsidRDefault="00000000" w14:paraId="074E0282" w14:textId="77777777">
      <w:r>
        <w:br/>
      </w:r>
      <w:r>
        <w:br/>
      </w:r>
      <w:r>
        <w:br/>
      </w:r>
      <w:r>
        <w:br/>
      </w:r>
    </w:p>
    <w:p w:rsidR="000E5AAE" w:rsidRDefault="00000000" w14:paraId="56C2DDC3" w14:textId="77777777">
      <w:r>
        <w:t>What are the names of witnesses and what was their involvement?</w:t>
      </w:r>
    </w:p>
    <w:p w:rsidR="000E5AAE" w:rsidRDefault="00000000" w14:paraId="0CC265F3" w14:textId="77777777">
      <w:r>
        <w:br/>
      </w:r>
      <w:r>
        <w:br/>
      </w:r>
      <w:r>
        <w:br/>
      </w:r>
      <w:r>
        <w:br/>
      </w:r>
    </w:p>
    <w:p w:rsidR="000E5AAE" w:rsidRDefault="00000000" w14:paraId="18CDC22B" w14:textId="77777777">
      <w:r>
        <w:t>What finding or action did the Trial Committee take?</w:t>
      </w:r>
    </w:p>
    <w:p w:rsidR="000E5AAE" w:rsidRDefault="00000000" w14:paraId="289EA983" w14:textId="77777777">
      <w:r>
        <w:br/>
      </w:r>
      <w:r>
        <w:br/>
      </w:r>
      <w:r>
        <w:br/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0E5AAE" w14:paraId="259C6B46" w14:textId="77777777">
        <w:tc>
          <w:tcPr>
            <w:tcW w:w="5270" w:type="dxa"/>
          </w:tcPr>
          <w:p w:rsidR="000E5AAE" w:rsidRDefault="00000000" w14:paraId="69D9E1C6" w14:textId="77777777">
            <w:r>
              <w:t>SIGNATURE:</w:t>
            </w:r>
          </w:p>
        </w:tc>
        <w:tc>
          <w:tcPr>
            <w:tcW w:w="5270" w:type="dxa"/>
          </w:tcPr>
          <w:p w:rsidR="000E5AAE" w:rsidRDefault="00000000" w14:paraId="66B76B4E" w14:textId="77777777">
            <w:r>
              <w:t>DATE:</w:t>
            </w:r>
          </w:p>
        </w:tc>
      </w:tr>
    </w:tbl>
    <w:p w:rsidR="000E5AAE" w:rsidRDefault="00000000" w14:paraId="7CCC3165" w14:textId="77777777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5266"/>
      </w:tblGrid>
      <w:tr w:rsidR="000E5AAE" w14:paraId="7111B5A3" w14:textId="77777777">
        <w:tc>
          <w:tcPr>
            <w:tcW w:w="5270" w:type="dxa"/>
          </w:tcPr>
          <w:p w:rsidR="000E5AAE" w:rsidRDefault="00000000" w14:paraId="408FEF25" w14:textId="77777777">
            <w:r>
              <w:t>DOGS</w:t>
            </w:r>
            <w:r>
              <w:br/>
            </w:r>
            <w:r>
              <w:t>NSW</w:t>
            </w:r>
          </w:p>
        </w:tc>
        <w:tc>
          <w:tcPr>
            <w:tcW w:w="5270" w:type="dxa"/>
          </w:tcPr>
          <w:p w:rsidR="000E5AAE" w:rsidRDefault="00000000" w14:paraId="6CD6373B" w14:textId="77777777">
            <w:pPr>
              <w:jc w:val="center"/>
            </w:pPr>
            <w:r>
              <w:rPr>
                <w:b/>
                <w:color w:val="433A6C"/>
                <w:sz w:val="30"/>
              </w:rPr>
              <w:t>DOGS NSW – REPRESENTATIVE REPORT SLED SPORTS</w:t>
            </w:r>
          </w:p>
        </w:tc>
      </w:tr>
    </w:tbl>
    <w:p w:rsidR="000E5AAE" w:rsidRDefault="00000000" w14:paraId="4F721AEF" w14:textId="77777777">
      <w:pPr>
        <w:jc w:val="right"/>
      </w:pPr>
      <w:r>
        <w:rPr>
          <w:sz w:val="16"/>
        </w:rPr>
        <w:t>Page 4 of 4    Last modified 12/03/2026</w:t>
      </w:r>
    </w:p>
    <w:p w:rsidR="000E5AAE" w:rsidRDefault="00000000" w14:paraId="6780323E" w14:textId="77777777">
      <w:pPr>
        <w:jc w:val="center"/>
      </w:pPr>
      <w:r>
        <w:rPr>
          <w:b/>
          <w:color w:val="433A6C"/>
          <w:sz w:val="24"/>
        </w:rPr>
        <w:t>JUDGES</w:t>
      </w:r>
    </w:p>
    <w:p w:rsidR="000E5AAE" w:rsidRDefault="00000000" w14:paraId="3C14522F" w14:textId="7BD478BB">
      <w:r>
        <w:t>ALL JUDGES WILL NEED TO SIGN THIS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0E5AAE" w14:paraId="7AA665C1" w14:textId="77777777">
        <w:tc>
          <w:tcPr>
            <w:tcW w:w="5270" w:type="dxa"/>
          </w:tcPr>
          <w:p w:rsidR="000E5AAE" w:rsidRDefault="00000000" w14:paraId="72A1B0DC" w14:textId="77777777">
            <w:r>
              <w:t>COMMENTS</w:t>
            </w:r>
          </w:p>
        </w:tc>
        <w:tc>
          <w:tcPr>
            <w:tcW w:w="5270" w:type="dxa"/>
          </w:tcPr>
          <w:p w:rsidR="000E5AAE" w:rsidRDefault="00000000" w14:paraId="400AD551" w14:textId="77777777">
            <w:r>
              <w:t>JUDGE'S NAME &amp; SIGNATURE</w:t>
            </w:r>
          </w:p>
        </w:tc>
      </w:tr>
      <w:tr w:rsidR="000E5AAE" w14:paraId="60F346F2" w14:textId="77777777">
        <w:tc>
          <w:tcPr>
            <w:tcW w:w="5270" w:type="dxa"/>
          </w:tcPr>
          <w:p w:rsidR="000E5AAE" w:rsidRDefault="000E5AAE" w14:paraId="5C9A9B71" w14:textId="77777777"/>
        </w:tc>
        <w:tc>
          <w:tcPr>
            <w:tcW w:w="5270" w:type="dxa"/>
          </w:tcPr>
          <w:p w:rsidR="000E5AAE" w:rsidRDefault="00000000" w14:paraId="324A217B" w14:textId="77777777">
            <w:r>
              <w:t>NAME:</w:t>
            </w:r>
          </w:p>
        </w:tc>
      </w:tr>
      <w:tr w:rsidR="000E5AAE" w14:paraId="1D5A3B13" w14:textId="77777777">
        <w:tc>
          <w:tcPr>
            <w:tcW w:w="5270" w:type="dxa"/>
          </w:tcPr>
          <w:p w:rsidR="000E5AAE" w:rsidRDefault="000E5AAE" w14:paraId="6FF594E4" w14:textId="77777777"/>
        </w:tc>
        <w:tc>
          <w:tcPr>
            <w:tcW w:w="5270" w:type="dxa"/>
          </w:tcPr>
          <w:p w:rsidR="000E5AAE" w:rsidRDefault="00000000" w14:paraId="3B5DED02" w14:textId="77777777">
            <w:r>
              <w:t>SIGNED:</w:t>
            </w:r>
          </w:p>
        </w:tc>
      </w:tr>
    </w:tbl>
    <w:p w:rsidR="000E5AAE" w:rsidRDefault="000E5AAE" w14:paraId="2998F71C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0E5AAE" w14:paraId="2B8310F0" w14:textId="77777777">
        <w:tc>
          <w:tcPr>
            <w:tcW w:w="5270" w:type="dxa"/>
          </w:tcPr>
          <w:p w:rsidR="000E5AAE" w:rsidRDefault="00000000" w14:paraId="6C4CB148" w14:textId="77777777">
            <w:r>
              <w:t>COMMENTS</w:t>
            </w:r>
          </w:p>
        </w:tc>
        <w:tc>
          <w:tcPr>
            <w:tcW w:w="5270" w:type="dxa"/>
          </w:tcPr>
          <w:p w:rsidR="000E5AAE" w:rsidRDefault="00000000" w14:paraId="5539F544" w14:textId="77777777">
            <w:r>
              <w:t>JUDGE'S NAME &amp; SIGNATURE</w:t>
            </w:r>
          </w:p>
        </w:tc>
      </w:tr>
      <w:tr w:rsidR="000E5AAE" w14:paraId="05C89BEB" w14:textId="77777777">
        <w:tc>
          <w:tcPr>
            <w:tcW w:w="5270" w:type="dxa"/>
          </w:tcPr>
          <w:p w:rsidR="000E5AAE" w:rsidRDefault="000E5AAE" w14:paraId="5E2D9BDB" w14:textId="77777777"/>
        </w:tc>
        <w:tc>
          <w:tcPr>
            <w:tcW w:w="5270" w:type="dxa"/>
          </w:tcPr>
          <w:p w:rsidR="000E5AAE" w:rsidRDefault="00000000" w14:paraId="16C10424" w14:textId="77777777">
            <w:r>
              <w:t>NAME:</w:t>
            </w:r>
          </w:p>
        </w:tc>
      </w:tr>
      <w:tr w:rsidR="000E5AAE" w14:paraId="460D2417" w14:textId="77777777">
        <w:tc>
          <w:tcPr>
            <w:tcW w:w="5270" w:type="dxa"/>
          </w:tcPr>
          <w:p w:rsidR="000E5AAE" w:rsidRDefault="000E5AAE" w14:paraId="7C123ABE" w14:textId="77777777"/>
        </w:tc>
        <w:tc>
          <w:tcPr>
            <w:tcW w:w="5270" w:type="dxa"/>
          </w:tcPr>
          <w:p w:rsidR="000E5AAE" w:rsidRDefault="00000000" w14:paraId="626489F3" w14:textId="77777777">
            <w:r>
              <w:t>SIGNED:</w:t>
            </w:r>
          </w:p>
        </w:tc>
      </w:tr>
    </w:tbl>
    <w:p w:rsidR="000E5AAE" w:rsidRDefault="000E5AAE" w14:paraId="012E6704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0E5AAE" w14:paraId="6492BA91" w14:textId="77777777">
        <w:tc>
          <w:tcPr>
            <w:tcW w:w="5270" w:type="dxa"/>
          </w:tcPr>
          <w:p w:rsidR="000E5AAE" w:rsidRDefault="00000000" w14:paraId="6C32C411" w14:textId="77777777">
            <w:r>
              <w:t>COMMENTS</w:t>
            </w:r>
          </w:p>
        </w:tc>
        <w:tc>
          <w:tcPr>
            <w:tcW w:w="5270" w:type="dxa"/>
          </w:tcPr>
          <w:p w:rsidR="000E5AAE" w:rsidRDefault="00000000" w14:paraId="7298A22E" w14:textId="77777777">
            <w:r>
              <w:t>JUDGE'S NAME &amp; SIGNATURE</w:t>
            </w:r>
          </w:p>
        </w:tc>
      </w:tr>
      <w:tr w:rsidR="000E5AAE" w14:paraId="740C044C" w14:textId="77777777">
        <w:tc>
          <w:tcPr>
            <w:tcW w:w="5270" w:type="dxa"/>
          </w:tcPr>
          <w:p w:rsidR="000E5AAE" w:rsidRDefault="000E5AAE" w14:paraId="6C0C3041" w14:textId="77777777"/>
        </w:tc>
        <w:tc>
          <w:tcPr>
            <w:tcW w:w="5270" w:type="dxa"/>
          </w:tcPr>
          <w:p w:rsidR="000E5AAE" w:rsidRDefault="00000000" w14:paraId="2AA416D0" w14:textId="77777777">
            <w:r>
              <w:t>NAME:</w:t>
            </w:r>
          </w:p>
        </w:tc>
      </w:tr>
      <w:tr w:rsidR="000E5AAE" w14:paraId="469046C9" w14:textId="77777777">
        <w:tc>
          <w:tcPr>
            <w:tcW w:w="5270" w:type="dxa"/>
          </w:tcPr>
          <w:p w:rsidR="000E5AAE" w:rsidRDefault="000E5AAE" w14:paraId="0C0DD68B" w14:textId="77777777"/>
        </w:tc>
        <w:tc>
          <w:tcPr>
            <w:tcW w:w="5270" w:type="dxa"/>
          </w:tcPr>
          <w:p w:rsidR="000E5AAE" w:rsidRDefault="00000000" w14:paraId="09EC3A96" w14:textId="77777777">
            <w:r>
              <w:t>SIGNED:</w:t>
            </w:r>
          </w:p>
        </w:tc>
      </w:tr>
    </w:tbl>
    <w:p w:rsidR="000E5AAE" w:rsidRDefault="000E5AAE" w14:paraId="27F87300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5"/>
        <w:gridCol w:w="5265"/>
      </w:tblGrid>
      <w:tr w:rsidR="000E5AAE" w14:paraId="5C01DEBF" w14:textId="77777777">
        <w:tc>
          <w:tcPr>
            <w:tcW w:w="5270" w:type="dxa"/>
          </w:tcPr>
          <w:p w:rsidR="000E5AAE" w:rsidRDefault="00000000" w14:paraId="016082A6" w14:textId="77777777">
            <w:r>
              <w:t>COMMENTS</w:t>
            </w:r>
          </w:p>
        </w:tc>
        <w:tc>
          <w:tcPr>
            <w:tcW w:w="5270" w:type="dxa"/>
          </w:tcPr>
          <w:p w:rsidR="000E5AAE" w:rsidRDefault="00000000" w14:paraId="6E80BDE5" w14:textId="77777777">
            <w:r>
              <w:t>JUDGE'S NAME &amp; SIGNATURE</w:t>
            </w:r>
          </w:p>
        </w:tc>
      </w:tr>
      <w:tr w:rsidR="000E5AAE" w14:paraId="60711FEA" w14:textId="77777777">
        <w:tc>
          <w:tcPr>
            <w:tcW w:w="5270" w:type="dxa"/>
          </w:tcPr>
          <w:p w:rsidR="000E5AAE" w:rsidRDefault="000E5AAE" w14:paraId="4ECB219F" w14:textId="77777777"/>
        </w:tc>
        <w:tc>
          <w:tcPr>
            <w:tcW w:w="5270" w:type="dxa"/>
          </w:tcPr>
          <w:p w:rsidR="000E5AAE" w:rsidRDefault="00000000" w14:paraId="61D5C19A" w14:textId="77777777">
            <w:r>
              <w:t>NAME:</w:t>
            </w:r>
          </w:p>
        </w:tc>
      </w:tr>
      <w:tr w:rsidR="000E5AAE" w14:paraId="7A8AD2C7" w14:textId="77777777">
        <w:tc>
          <w:tcPr>
            <w:tcW w:w="5270" w:type="dxa"/>
          </w:tcPr>
          <w:p w:rsidR="000E5AAE" w:rsidRDefault="000E5AAE" w14:paraId="6EE22E38" w14:textId="77777777"/>
        </w:tc>
        <w:tc>
          <w:tcPr>
            <w:tcW w:w="5270" w:type="dxa"/>
          </w:tcPr>
          <w:p w:rsidR="000E5AAE" w:rsidRDefault="00000000" w14:paraId="76140EDB" w14:textId="77777777">
            <w:r>
              <w:t>SIGNED:</w:t>
            </w:r>
          </w:p>
        </w:tc>
      </w:tr>
    </w:tbl>
    <w:p w:rsidR="000E5AAE" w:rsidRDefault="000E5AAE" w14:paraId="3AC519CC" w14:textId="77777777"/>
    <w:p w:rsidR="000E5AAE" w:rsidRDefault="00000000" w14:paraId="367B8A8A" w14:textId="77777777">
      <w:r>
        <w:t>The completed application should be forwarded to: The Secretary, DOGS NSW, P.O. Box 632, St Marys NSW 1790</w:t>
      </w:r>
      <w:r>
        <w:br/>
      </w:r>
      <w:r>
        <w:t>Royal New South Wales Canine Council Ltd ABN 69 062 986 118 trading as DOGS NSW</w:t>
      </w:r>
      <w:r>
        <w:br/>
      </w:r>
      <w:r>
        <w:t>Phone 02 9834 3022 or email info@dogsnsw.org.au</w:t>
      </w:r>
    </w:p>
    <w:sectPr w:rsidR="000E5AAE" w:rsidSect="00034616">
      <w:pgSz w:w="12240" w:h="15840" w:orient="portrait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4F581D1D"/>
    <w:multiLevelType w:val="hybridMultilevel"/>
    <w:tmpl w:val="4BA44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769757">
    <w:abstractNumId w:val="8"/>
  </w:num>
  <w:num w:numId="2" w16cid:durableId="106437040">
    <w:abstractNumId w:val="6"/>
  </w:num>
  <w:num w:numId="3" w16cid:durableId="1331103910">
    <w:abstractNumId w:val="5"/>
  </w:num>
  <w:num w:numId="4" w16cid:durableId="489711588">
    <w:abstractNumId w:val="4"/>
  </w:num>
  <w:num w:numId="5" w16cid:durableId="615596993">
    <w:abstractNumId w:val="7"/>
  </w:num>
  <w:num w:numId="6" w16cid:durableId="1974940297">
    <w:abstractNumId w:val="3"/>
  </w:num>
  <w:num w:numId="7" w16cid:durableId="4018010">
    <w:abstractNumId w:val="2"/>
  </w:num>
  <w:num w:numId="8" w16cid:durableId="1389260151">
    <w:abstractNumId w:val="1"/>
  </w:num>
  <w:num w:numId="9" w16cid:durableId="740561846">
    <w:abstractNumId w:val="0"/>
  </w:num>
  <w:num w:numId="10" w16cid:durableId="149233113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0E5AAE"/>
    <w:rsid w:val="0015074B"/>
    <w:rsid w:val="001F0FFE"/>
    <w:rsid w:val="001F243A"/>
    <w:rsid w:val="0029639D"/>
    <w:rsid w:val="002B5305"/>
    <w:rsid w:val="00316F58"/>
    <w:rsid w:val="00326F90"/>
    <w:rsid w:val="00382038"/>
    <w:rsid w:val="00434CA7"/>
    <w:rsid w:val="004D2F1F"/>
    <w:rsid w:val="005C12EC"/>
    <w:rsid w:val="00646F30"/>
    <w:rsid w:val="0069361A"/>
    <w:rsid w:val="00AA1D8D"/>
    <w:rsid w:val="00B47730"/>
    <w:rsid w:val="00BF31BF"/>
    <w:rsid w:val="00CB0664"/>
    <w:rsid w:val="00D545BE"/>
    <w:rsid w:val="00D67AA9"/>
    <w:rsid w:val="00DD79CC"/>
    <w:rsid w:val="00E23A0D"/>
    <w:rsid w:val="00F17CA1"/>
    <w:rsid w:val="00FC693F"/>
    <w:rsid w:val="03A8E3A1"/>
    <w:rsid w:val="047BDC62"/>
    <w:rsid w:val="04A78F59"/>
    <w:rsid w:val="0BA541A2"/>
    <w:rsid w:val="0D435CBC"/>
    <w:rsid w:val="0E4E1BD2"/>
    <w:rsid w:val="0F36CF2E"/>
    <w:rsid w:val="0F389D44"/>
    <w:rsid w:val="1054E2E4"/>
    <w:rsid w:val="11D94594"/>
    <w:rsid w:val="12FBB62B"/>
    <w:rsid w:val="13751121"/>
    <w:rsid w:val="142A8702"/>
    <w:rsid w:val="14B6E5B4"/>
    <w:rsid w:val="15FC7698"/>
    <w:rsid w:val="2243E7E5"/>
    <w:rsid w:val="22F413B7"/>
    <w:rsid w:val="23E68859"/>
    <w:rsid w:val="2ADD030E"/>
    <w:rsid w:val="303B936B"/>
    <w:rsid w:val="35E7012B"/>
    <w:rsid w:val="3EA3B12C"/>
    <w:rsid w:val="483695C0"/>
    <w:rsid w:val="48727139"/>
    <w:rsid w:val="48EFD8E9"/>
    <w:rsid w:val="4E6FC6F9"/>
    <w:rsid w:val="5118B624"/>
    <w:rsid w:val="51FB0C89"/>
    <w:rsid w:val="53CD040C"/>
    <w:rsid w:val="55D46263"/>
    <w:rsid w:val="561F5AC6"/>
    <w:rsid w:val="57D75FD1"/>
    <w:rsid w:val="58AD856B"/>
    <w:rsid w:val="5B77742C"/>
    <w:rsid w:val="5CAAD97F"/>
    <w:rsid w:val="603CD29C"/>
    <w:rsid w:val="65312DD9"/>
    <w:rsid w:val="65312DD9"/>
    <w:rsid w:val="6559E4C5"/>
    <w:rsid w:val="69D396DE"/>
    <w:rsid w:val="6B1525E4"/>
    <w:rsid w:val="6D2971A6"/>
    <w:rsid w:val="6D5B53A4"/>
    <w:rsid w:val="6DE48304"/>
    <w:rsid w:val="6E2293F3"/>
    <w:rsid w:val="6E4F04BC"/>
    <w:rsid w:val="6FC6501E"/>
    <w:rsid w:val="708E6CF6"/>
    <w:rsid w:val="7254746F"/>
    <w:rsid w:val="7309FB21"/>
    <w:rsid w:val="7309FB21"/>
    <w:rsid w:val="7549D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60950"/>
  <w14:defaultImageDpi w14:val="300"/>
  <w15:docId w15:val="{C3A2A2EE-1E75-FE49-A73C-96B170CCE6D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Sled Sports | DOGS NSW</lastModifiedBy>
  <revision>3</revision>
  <dcterms:created xsi:type="dcterms:W3CDTF">2026-07-30T01:18:00.0000000Z</dcterms:created>
  <dcterms:modified xsi:type="dcterms:W3CDTF">2026-08-04T10:40:59.6548588Z</dcterms:modified>
  <category/>
</coreProperties>
</file>